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8BACB" w14:textId="101F7BCB" w:rsidR="009A081C" w:rsidRPr="00E55DEC" w:rsidRDefault="00AD6BDC" w:rsidP="00E55DEC">
      <w:pPr>
        <w:pStyle w:val="berschrift1"/>
        <w:numPr>
          <w:ilvl w:val="0"/>
          <w:numId w:val="0"/>
        </w:numPr>
        <w:spacing w:before="0"/>
        <w:rPr>
          <w:b w:val="0"/>
          <w:bCs w:val="0"/>
        </w:rPr>
      </w:pPr>
      <w:r w:rsidRPr="00E55DEC">
        <w:rPr>
          <w:b w:val="0"/>
          <w:bCs w:val="0"/>
        </w:rPr>
        <w:t>Prompts formulieren</w:t>
      </w:r>
    </w:p>
    <w:p w14:paraId="22C384FB" w14:textId="635AA7EB" w:rsidR="009A081C" w:rsidRPr="00C25E51" w:rsidRDefault="00865EBE" w:rsidP="00E25924">
      <w:pPr>
        <w:pStyle w:val="berschrift1"/>
      </w:pPr>
      <w:r>
        <w:t>Vier mögliche</w:t>
      </w:r>
      <w:r w:rsidR="00AD6BDC" w:rsidRPr="00C25E51">
        <w:t xml:space="preserve"> Bausteine eines Prompts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5151"/>
        <w:gridCol w:w="5151"/>
      </w:tblGrid>
      <w:tr w:rsidR="009A081C" w:rsidRPr="00C25E51" w14:paraId="56863F31" w14:textId="77777777" w:rsidTr="00E37E5F">
        <w:trPr>
          <w:jc w:val="center"/>
        </w:trPr>
        <w:tc>
          <w:tcPr>
            <w:tcW w:w="5156" w:type="dxa"/>
            <w:shd w:val="clear" w:color="auto" w:fill="D9D9D9" w:themeFill="background1" w:themeFillShade="D9"/>
          </w:tcPr>
          <w:p w14:paraId="41D14C74" w14:textId="77777777" w:rsidR="009A081C" w:rsidRPr="00C25E51" w:rsidRDefault="00AD6BDC" w:rsidP="00B20213">
            <w:pPr>
              <w:spacing w:before="120" w:after="120"/>
            </w:pPr>
            <w:r w:rsidRPr="00C25E51">
              <w:rPr>
                <w:b/>
              </w:rPr>
              <w:t>Baustein</w:t>
            </w:r>
          </w:p>
        </w:tc>
        <w:tc>
          <w:tcPr>
            <w:tcW w:w="5156" w:type="dxa"/>
            <w:shd w:val="clear" w:color="auto" w:fill="D9D9D9" w:themeFill="background1" w:themeFillShade="D9"/>
          </w:tcPr>
          <w:p w14:paraId="156ECB9F" w14:textId="77777777" w:rsidR="009A081C" w:rsidRPr="00C25E51" w:rsidRDefault="00AD6BDC" w:rsidP="00B20213">
            <w:pPr>
              <w:spacing w:before="120" w:after="120"/>
            </w:pPr>
            <w:r w:rsidRPr="00C25E51">
              <w:rPr>
                <w:b/>
              </w:rPr>
              <w:t>Was bedeutet das?</w:t>
            </w:r>
          </w:p>
        </w:tc>
      </w:tr>
      <w:tr w:rsidR="009A081C" w:rsidRPr="00C25E51" w14:paraId="77EDCFCE" w14:textId="77777777">
        <w:trPr>
          <w:jc w:val="center"/>
        </w:trPr>
        <w:tc>
          <w:tcPr>
            <w:tcW w:w="1984" w:type="dxa"/>
            <w:vAlign w:val="center"/>
          </w:tcPr>
          <w:p w14:paraId="77332FFC" w14:textId="77777777" w:rsidR="009A081C" w:rsidRPr="00C32BA9" w:rsidRDefault="00AD6BDC" w:rsidP="00B20213">
            <w:pPr>
              <w:spacing w:before="120" w:after="120"/>
              <w:rPr>
                <w:b/>
                <w:bCs/>
              </w:rPr>
            </w:pPr>
            <w:r w:rsidRPr="00C32BA9">
              <w:rPr>
                <w:b/>
                <w:bCs/>
              </w:rPr>
              <w:t>Rolle</w:t>
            </w:r>
          </w:p>
        </w:tc>
        <w:tc>
          <w:tcPr>
            <w:tcW w:w="5156" w:type="dxa"/>
            <w:vAlign w:val="center"/>
          </w:tcPr>
          <w:p w14:paraId="01C4DA0D" w14:textId="1A053052" w:rsidR="009A081C" w:rsidRPr="00C25E51" w:rsidRDefault="00AD6BDC" w:rsidP="00B20213">
            <w:pPr>
              <w:spacing w:before="120" w:after="120"/>
            </w:pPr>
            <w:r w:rsidRPr="00C25E51">
              <w:t>Wer soll die KI sein? Beispiel: „Du bist ein Biologielehrer.“</w:t>
            </w:r>
          </w:p>
        </w:tc>
      </w:tr>
      <w:tr w:rsidR="009A081C" w:rsidRPr="00C25E51" w14:paraId="26D58E21" w14:textId="77777777">
        <w:trPr>
          <w:jc w:val="center"/>
        </w:trPr>
        <w:tc>
          <w:tcPr>
            <w:tcW w:w="1984" w:type="dxa"/>
            <w:vAlign w:val="center"/>
          </w:tcPr>
          <w:p w14:paraId="7949FCAF" w14:textId="77777777" w:rsidR="009A081C" w:rsidRPr="00C32BA9" w:rsidRDefault="00AD6BDC" w:rsidP="00B20213">
            <w:pPr>
              <w:spacing w:before="120" w:after="120"/>
              <w:rPr>
                <w:b/>
                <w:bCs/>
              </w:rPr>
            </w:pPr>
            <w:r w:rsidRPr="00C32BA9">
              <w:rPr>
                <w:b/>
                <w:bCs/>
              </w:rPr>
              <w:t>Kontext</w:t>
            </w:r>
          </w:p>
        </w:tc>
        <w:tc>
          <w:tcPr>
            <w:tcW w:w="5156" w:type="dxa"/>
            <w:vAlign w:val="center"/>
          </w:tcPr>
          <w:p w14:paraId="266FB73E" w14:textId="77777777" w:rsidR="009A081C" w:rsidRPr="00C25E51" w:rsidRDefault="00AD6BDC" w:rsidP="00B20213">
            <w:pPr>
              <w:spacing w:before="120" w:after="120"/>
            </w:pPr>
            <w:r w:rsidRPr="00C25E51">
              <w:t>Wofür brauche ich das Ergebnis? Welche Hintergrundinformationen sind wichtig?</w:t>
            </w:r>
          </w:p>
        </w:tc>
      </w:tr>
      <w:tr w:rsidR="009A081C" w:rsidRPr="00C25E51" w14:paraId="3BF0F1C8" w14:textId="77777777">
        <w:trPr>
          <w:jc w:val="center"/>
        </w:trPr>
        <w:tc>
          <w:tcPr>
            <w:tcW w:w="1984" w:type="dxa"/>
            <w:vAlign w:val="center"/>
          </w:tcPr>
          <w:p w14:paraId="69BA6233" w14:textId="77777777" w:rsidR="009A081C" w:rsidRPr="00C32BA9" w:rsidRDefault="00AD6BDC" w:rsidP="00B20213">
            <w:pPr>
              <w:spacing w:before="120" w:after="120"/>
              <w:rPr>
                <w:b/>
                <w:bCs/>
              </w:rPr>
            </w:pPr>
            <w:r w:rsidRPr="00C32BA9">
              <w:rPr>
                <w:b/>
                <w:bCs/>
              </w:rPr>
              <w:t>Einschränkungen</w:t>
            </w:r>
          </w:p>
        </w:tc>
        <w:tc>
          <w:tcPr>
            <w:tcW w:w="5156" w:type="dxa"/>
            <w:vAlign w:val="center"/>
          </w:tcPr>
          <w:p w14:paraId="2E56330B" w14:textId="77777777" w:rsidR="009A081C" w:rsidRPr="00C25E51" w:rsidRDefault="00AD6BDC" w:rsidP="00B20213">
            <w:pPr>
              <w:spacing w:before="120" w:after="120"/>
            </w:pPr>
            <w:r w:rsidRPr="00C25E51">
              <w:t>Was muss die KI beachten? Zum Beispiel Länge, Sprache oder Inhalt.</w:t>
            </w:r>
          </w:p>
        </w:tc>
      </w:tr>
      <w:tr w:rsidR="009A081C" w:rsidRPr="00C25E51" w14:paraId="5AD784CD" w14:textId="77777777">
        <w:trPr>
          <w:jc w:val="center"/>
        </w:trPr>
        <w:tc>
          <w:tcPr>
            <w:tcW w:w="1984" w:type="dxa"/>
            <w:vAlign w:val="center"/>
          </w:tcPr>
          <w:p w14:paraId="257855C2" w14:textId="77777777" w:rsidR="009A081C" w:rsidRPr="00C32BA9" w:rsidRDefault="00AD6BDC" w:rsidP="00B20213">
            <w:pPr>
              <w:spacing w:before="120" w:after="120"/>
              <w:rPr>
                <w:b/>
                <w:bCs/>
              </w:rPr>
            </w:pPr>
            <w:r w:rsidRPr="00C32BA9">
              <w:rPr>
                <w:b/>
                <w:bCs/>
              </w:rPr>
              <w:t>Ausgabeformat</w:t>
            </w:r>
          </w:p>
        </w:tc>
        <w:tc>
          <w:tcPr>
            <w:tcW w:w="5156" w:type="dxa"/>
            <w:vAlign w:val="center"/>
          </w:tcPr>
          <w:p w14:paraId="147EADA0" w14:textId="5FAA9DC0" w:rsidR="009A081C" w:rsidRPr="00C25E51" w:rsidRDefault="00AD6BDC" w:rsidP="00B20213">
            <w:pPr>
              <w:spacing w:before="120" w:after="120"/>
            </w:pPr>
            <w:r w:rsidRPr="00C25E51">
              <w:t xml:space="preserve">Wie soll das Ergebnis aussehen? Zum Beispiel Tabelle, Stichpunkte oder </w:t>
            </w:r>
            <w:r w:rsidR="00502135" w:rsidRPr="00C25E51">
              <w:t>kopierbarer Text</w:t>
            </w:r>
            <w:r w:rsidRPr="00C25E51">
              <w:t>.</w:t>
            </w:r>
          </w:p>
        </w:tc>
      </w:tr>
    </w:tbl>
    <w:p w14:paraId="190E96B9" w14:textId="36547021" w:rsidR="009A081C" w:rsidRPr="005310EB" w:rsidRDefault="00AD6BDC" w:rsidP="00883E84">
      <w:pPr>
        <w:spacing w:before="240"/>
      </w:pPr>
      <w:r w:rsidRPr="005310EB">
        <w:t>Nicht jeder Prompt braucht alle vier Bausteine. Bei anspruchsvolleren Aufgaben helfen genaue Angaben dabei, ein passenderes Ergebnis zu erhalten.</w:t>
      </w:r>
    </w:p>
    <w:p w14:paraId="5FB90069" w14:textId="074BAE1E" w:rsidR="009A081C" w:rsidRPr="00C25E51" w:rsidRDefault="00AD6BDC" w:rsidP="00E25924">
      <w:pPr>
        <w:pStyle w:val="berschrift1"/>
      </w:pPr>
      <w:r w:rsidRPr="00C25E51">
        <w:t>Erkenne die Bausteine</w:t>
      </w:r>
    </w:p>
    <w:p w14:paraId="5751A7BE" w14:textId="34870118" w:rsidR="009A081C" w:rsidRPr="00C25E51" w:rsidRDefault="00085AD9" w:rsidP="00452831">
      <w:pPr>
        <w:pStyle w:val="Listenabsatz"/>
        <w:numPr>
          <w:ilvl w:val="0"/>
          <w:numId w:val="13"/>
        </w:numPr>
      </w:pPr>
      <w:r w:rsidRPr="00085AD9">
        <w:rPr>
          <w:b/>
          <w:bCs/>
        </w:rPr>
        <w:t>Aufgabe</w:t>
      </w:r>
      <w:r>
        <w:t xml:space="preserve">: </w:t>
      </w:r>
      <w:r w:rsidR="00AD6BDC" w:rsidRPr="00452831">
        <w:t>Schneide</w:t>
      </w:r>
      <w:r w:rsidR="00AD6BDC" w:rsidRPr="00C25E51">
        <w:t xml:space="preserve"> die Textbausteine unten aus oder verschiebe sie. Ordne jedem Satz den passenden Baustein zu.</w:t>
      </w:r>
    </w:p>
    <w:p w14:paraId="729CF791" w14:textId="67451FFC" w:rsidR="009A081C" w:rsidRPr="00C25E51" w:rsidRDefault="00AD6BDC">
      <w:r w:rsidRPr="00C25E51">
        <w:t>A. „Du bist ein IT-Sicherheitstrainer.“</w:t>
      </w:r>
      <w:r w:rsidR="00F42EF8" w:rsidRPr="00C25E51">
        <w:tab/>
      </w:r>
      <w:r w:rsidRPr="00C25E51">
        <w:t>Baustein: ________</w:t>
      </w:r>
    </w:p>
    <w:p w14:paraId="0AD263D3" w14:textId="61E8F49D" w:rsidR="009A081C" w:rsidRPr="00C25E51" w:rsidRDefault="00AD6BDC">
      <w:r w:rsidRPr="00C25E51">
        <w:t>B. „Ich bereite mich auf eine Prüfung über sichere Passwörter vor.“</w:t>
      </w:r>
      <w:r w:rsidR="00F42EF8" w:rsidRPr="00C25E51">
        <w:tab/>
      </w:r>
      <w:r w:rsidRPr="00C25E51">
        <w:t>Baustein: _____</w:t>
      </w:r>
    </w:p>
    <w:p w14:paraId="444C49BA" w14:textId="0F4A697D" w:rsidR="009A081C" w:rsidRPr="00C25E51" w:rsidRDefault="00AD6BDC">
      <w:r w:rsidRPr="00C25E51">
        <w:t xml:space="preserve">C. „Verwende eine verständliche Sprache und </w:t>
      </w:r>
      <w:r w:rsidR="00206B88">
        <w:t>halte dich kurz</w:t>
      </w:r>
      <w:r w:rsidRPr="00C25E51">
        <w:t>.“</w:t>
      </w:r>
      <w:r w:rsidR="00F42EF8" w:rsidRPr="00C25E51">
        <w:tab/>
      </w:r>
      <w:r w:rsidRPr="00C25E51">
        <w:t>Baustein: ______</w:t>
      </w:r>
    </w:p>
    <w:p w14:paraId="3DB547A0" w14:textId="4A768015" w:rsidR="009A081C" w:rsidRDefault="00AD6BDC">
      <w:r w:rsidRPr="00C25E51">
        <w:t>D. „Gib das Ergebnis als Tabelle mit drei Spalten aus.“</w:t>
      </w:r>
      <w:r w:rsidR="00F42EF8" w:rsidRPr="00C25E51">
        <w:tab/>
      </w:r>
      <w:r w:rsidRPr="00C25E51">
        <w:t>Baustein: ______</w:t>
      </w:r>
    </w:p>
    <w:p w14:paraId="61379B09" w14:textId="77777777" w:rsidR="00A34F22" w:rsidRPr="00C25E51" w:rsidRDefault="00A34F22" w:rsidP="00A34F22">
      <w:pPr>
        <w:rPr>
          <w:b/>
          <w:bCs/>
        </w:rPr>
      </w:pPr>
      <w:r w:rsidRPr="00C25E51">
        <w:rPr>
          <w:b/>
          <w:bCs/>
        </w:rPr>
        <w:t>Textbausteine zum Zuordnen: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951"/>
        <w:gridCol w:w="3119"/>
      </w:tblGrid>
      <w:tr w:rsidR="00A34F22" w:rsidRPr="00C25E51" w14:paraId="364219E0" w14:textId="77777777" w:rsidTr="00380EB2">
        <w:tc>
          <w:tcPr>
            <w:tcW w:w="1951" w:type="dxa"/>
            <w:vAlign w:val="center"/>
          </w:tcPr>
          <w:p w14:paraId="2D4382C9" w14:textId="77777777" w:rsidR="00A34F22" w:rsidRPr="00C25E51" w:rsidRDefault="00A34F22" w:rsidP="00380EB2">
            <w:pPr>
              <w:spacing w:before="120" w:after="120"/>
            </w:pPr>
            <w:r w:rsidRPr="00C25E51">
              <w:rPr>
                <w:b/>
              </w:rPr>
              <w:t>Kontext</w:t>
            </w:r>
          </w:p>
        </w:tc>
        <w:tc>
          <w:tcPr>
            <w:tcW w:w="3119" w:type="dxa"/>
            <w:vAlign w:val="center"/>
          </w:tcPr>
          <w:p w14:paraId="11FD1CAF" w14:textId="77777777" w:rsidR="00A34F22" w:rsidRPr="00C25E51" w:rsidRDefault="00A34F22" w:rsidP="00380EB2">
            <w:pPr>
              <w:spacing w:before="120" w:after="120"/>
            </w:pPr>
            <w:r w:rsidRPr="00C25E51">
              <w:rPr>
                <w:b/>
              </w:rPr>
              <w:t>Ausgabeformat</w:t>
            </w:r>
          </w:p>
        </w:tc>
      </w:tr>
      <w:tr w:rsidR="00A34F22" w:rsidRPr="00C25E51" w14:paraId="6F085315" w14:textId="77777777" w:rsidTr="00380EB2">
        <w:tc>
          <w:tcPr>
            <w:tcW w:w="1951" w:type="dxa"/>
            <w:vAlign w:val="center"/>
          </w:tcPr>
          <w:p w14:paraId="20E777F9" w14:textId="77777777" w:rsidR="00A34F22" w:rsidRPr="00C25E51" w:rsidRDefault="00A34F22" w:rsidP="00380EB2">
            <w:pPr>
              <w:spacing w:before="120" w:after="120"/>
            </w:pPr>
            <w:r w:rsidRPr="00C25E51">
              <w:rPr>
                <w:b/>
              </w:rPr>
              <w:t>Rolle</w:t>
            </w:r>
          </w:p>
        </w:tc>
        <w:tc>
          <w:tcPr>
            <w:tcW w:w="3119" w:type="dxa"/>
            <w:vAlign w:val="center"/>
          </w:tcPr>
          <w:p w14:paraId="6AF25DE0" w14:textId="77777777" w:rsidR="00A34F22" w:rsidRPr="00C25E51" w:rsidRDefault="00A34F22" w:rsidP="00380EB2">
            <w:pPr>
              <w:spacing w:before="120" w:after="120"/>
            </w:pPr>
            <w:r w:rsidRPr="00C25E51">
              <w:rPr>
                <w:b/>
              </w:rPr>
              <w:t>Einschränkungen</w:t>
            </w:r>
          </w:p>
        </w:tc>
      </w:tr>
    </w:tbl>
    <w:p w14:paraId="633B139E" w14:textId="77777777" w:rsidR="00A34F22" w:rsidRPr="00C25E51" w:rsidRDefault="00A34F22"/>
    <w:p w14:paraId="4287635A" w14:textId="0E15C01E" w:rsidR="00AD5D63" w:rsidRPr="00C25E51" w:rsidRDefault="00085AD9" w:rsidP="00452831">
      <w:pPr>
        <w:pStyle w:val="Listenabsatz"/>
        <w:numPr>
          <w:ilvl w:val="0"/>
          <w:numId w:val="13"/>
        </w:numPr>
      </w:pPr>
      <w:r w:rsidRPr="00085AD9">
        <w:rPr>
          <w:b/>
          <w:bCs/>
        </w:rPr>
        <w:t>Aufgabe</w:t>
      </w:r>
      <w:r>
        <w:t xml:space="preserve">: </w:t>
      </w:r>
      <w:r w:rsidR="00AD5D63" w:rsidRPr="00C25E51">
        <w:t xml:space="preserve">Schreibe </w:t>
      </w:r>
      <w:r w:rsidR="001F6333" w:rsidRPr="00C25E51">
        <w:t xml:space="preserve">oder kopiere </w:t>
      </w:r>
      <w:r w:rsidR="00AD5D63" w:rsidRPr="00C25E51">
        <w:t xml:space="preserve">den </w:t>
      </w:r>
      <w:r w:rsidR="00FF7407" w:rsidRPr="00C25E51">
        <w:t xml:space="preserve">gesamten </w:t>
      </w:r>
      <w:r w:rsidR="00AD5D63" w:rsidRPr="00C25E51">
        <w:t xml:space="preserve">Prompt </w:t>
      </w:r>
      <w:r w:rsidR="001F6333" w:rsidRPr="00C25E51">
        <w:t>in die nächste Zeile:</w:t>
      </w:r>
    </w:p>
    <w:p w14:paraId="0948A24F" w14:textId="2B697120" w:rsidR="00AD5D63" w:rsidRPr="00C25E51" w:rsidRDefault="001F6333">
      <w:r w:rsidRPr="00C25E51">
        <w:t>__________</w:t>
      </w:r>
    </w:p>
    <w:p w14:paraId="361C4F5B" w14:textId="7D7BDC17" w:rsidR="009A081C" w:rsidRPr="00C25E51" w:rsidRDefault="00BD7254" w:rsidP="00E25924">
      <w:pPr>
        <w:pStyle w:val="berschrift1"/>
      </w:pPr>
      <w:r>
        <w:lastRenderedPageBreak/>
        <w:t>Erstelle</w:t>
      </w:r>
      <w:r w:rsidR="00AD6BDC" w:rsidRPr="00C25E51">
        <w:t xml:space="preserve"> einen Prompt</w:t>
      </w:r>
    </w:p>
    <w:p w14:paraId="6CF3E44E" w14:textId="6E6D3935" w:rsidR="00CB2224" w:rsidRPr="00C25E51" w:rsidRDefault="00AD6BDC" w:rsidP="00E55DEC">
      <w:pPr>
        <w:pStyle w:val="Listenabsatz"/>
        <w:keepNext/>
        <w:keepLines/>
        <w:numPr>
          <w:ilvl w:val="0"/>
          <w:numId w:val="14"/>
        </w:numPr>
        <w:spacing w:before="120"/>
      </w:pPr>
      <w:r w:rsidRPr="001E494F">
        <w:rPr>
          <w:b/>
          <w:bCs/>
        </w:rPr>
        <w:t>Aufgabe</w:t>
      </w:r>
      <w:r w:rsidRPr="00C25E51">
        <w:t>: Du möchtest eine KI bitten, dir die Photosynthese für eine Prüfung zu erklären. Verschiebe die passenden Textbausteine in die Lücken.</w:t>
      </w:r>
    </w:p>
    <w:p w14:paraId="33287A3B" w14:textId="500E71EA" w:rsidR="009A081C" w:rsidRPr="00C25E51" w:rsidRDefault="00085C6C" w:rsidP="00E55DEC">
      <w:pPr>
        <w:keepNext/>
        <w:keepLines/>
      </w:pPr>
      <w:r w:rsidRPr="00C25E51">
        <w:rPr>
          <w:b/>
          <w:bCs/>
        </w:rPr>
        <w:t>Text</w:t>
      </w:r>
      <w:r w:rsidR="00CB2224" w:rsidRPr="00C25E51">
        <w:rPr>
          <w:b/>
          <w:bCs/>
        </w:rPr>
        <w:t>bausteine</w:t>
      </w:r>
      <w:r w:rsidRPr="00C25E51">
        <w:t>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950"/>
        <w:gridCol w:w="2124"/>
        <w:gridCol w:w="2125"/>
        <w:gridCol w:w="4103"/>
      </w:tblGrid>
      <w:tr w:rsidR="009A081C" w:rsidRPr="00C25E51" w14:paraId="3189209D" w14:textId="77777777" w:rsidTr="00883E84">
        <w:tc>
          <w:tcPr>
            <w:tcW w:w="1951" w:type="dxa"/>
          </w:tcPr>
          <w:p w14:paraId="32E5FFFA" w14:textId="77777777" w:rsidR="009A081C" w:rsidRPr="00C25E51" w:rsidRDefault="00AD6BDC" w:rsidP="00E55DEC">
            <w:pPr>
              <w:keepNext/>
              <w:keepLines/>
              <w:spacing w:before="120" w:after="120"/>
              <w:rPr>
                <w:b/>
              </w:rPr>
            </w:pPr>
            <w:r w:rsidRPr="00C25E51">
              <w:rPr>
                <w:b/>
              </w:rPr>
              <w:t>Biologielehrer</w:t>
            </w:r>
          </w:p>
        </w:tc>
        <w:tc>
          <w:tcPr>
            <w:tcW w:w="2126" w:type="dxa"/>
          </w:tcPr>
          <w:p w14:paraId="3C99EBCB" w14:textId="77777777" w:rsidR="009A081C" w:rsidRPr="00C25E51" w:rsidRDefault="00AD6BDC" w:rsidP="00E55DEC">
            <w:pPr>
              <w:keepNext/>
              <w:keepLines/>
              <w:spacing w:before="120" w:after="120"/>
              <w:rPr>
                <w:b/>
              </w:rPr>
            </w:pPr>
            <w:r w:rsidRPr="00C25E51">
              <w:rPr>
                <w:b/>
              </w:rPr>
              <w:t>für eine Prüfung</w:t>
            </w:r>
          </w:p>
        </w:tc>
        <w:tc>
          <w:tcPr>
            <w:tcW w:w="2127" w:type="dxa"/>
          </w:tcPr>
          <w:p w14:paraId="77F799A4" w14:textId="77777777" w:rsidR="009A081C" w:rsidRPr="00C25E51" w:rsidRDefault="00AD6BDC" w:rsidP="00E55DEC">
            <w:pPr>
              <w:keepNext/>
              <w:keepLines/>
              <w:spacing w:before="120" w:after="120"/>
              <w:rPr>
                <w:b/>
              </w:rPr>
            </w:pPr>
            <w:r w:rsidRPr="00C25E51">
              <w:rPr>
                <w:b/>
              </w:rPr>
              <w:t>einfache Sprache</w:t>
            </w:r>
          </w:p>
        </w:tc>
        <w:tc>
          <w:tcPr>
            <w:tcW w:w="4108" w:type="dxa"/>
          </w:tcPr>
          <w:p w14:paraId="70CE330B" w14:textId="77777777" w:rsidR="009A081C" w:rsidRPr="00C25E51" w:rsidRDefault="00AD6BDC" w:rsidP="00E55DEC">
            <w:pPr>
              <w:keepNext/>
              <w:keepLines/>
              <w:spacing w:before="120" w:after="120"/>
              <w:rPr>
                <w:b/>
              </w:rPr>
            </w:pPr>
            <w:r w:rsidRPr="00C25E51">
              <w:rPr>
                <w:b/>
              </w:rPr>
              <w:t>eine kurze Erklärung mit Stichpunkten</w:t>
            </w:r>
          </w:p>
        </w:tc>
      </w:tr>
    </w:tbl>
    <w:p w14:paraId="74B4E4FF" w14:textId="0DE8CE49" w:rsidR="009A081C" w:rsidRPr="00C25E51" w:rsidRDefault="00AD6BDC" w:rsidP="00CB2224">
      <w:pPr>
        <w:spacing w:before="240"/>
      </w:pPr>
      <w:r w:rsidRPr="00C32BA9">
        <w:rPr>
          <w:b/>
          <w:bCs/>
        </w:rPr>
        <w:t>Rolle</w:t>
      </w:r>
      <w:r w:rsidRPr="00C25E51">
        <w:t xml:space="preserve">: Du bist ein </w:t>
      </w:r>
      <w:r w:rsidR="00990DC2" w:rsidRPr="00C25E51">
        <w:t>______</w:t>
      </w:r>
    </w:p>
    <w:p w14:paraId="5AC21328" w14:textId="75450180" w:rsidR="009A081C" w:rsidRPr="00C25E51" w:rsidRDefault="00AD6BDC">
      <w:r w:rsidRPr="00C32BA9">
        <w:rPr>
          <w:b/>
          <w:bCs/>
        </w:rPr>
        <w:t>Kontext</w:t>
      </w:r>
      <w:r w:rsidRPr="00C25E51">
        <w:t xml:space="preserve">: Ich lerne gerade die Photosynthese </w:t>
      </w:r>
      <w:r w:rsidR="00990DC2" w:rsidRPr="00C25E51">
        <w:t>______</w:t>
      </w:r>
    </w:p>
    <w:p w14:paraId="6265BD92" w14:textId="7FF9312C" w:rsidR="009A081C" w:rsidRPr="00C25E51" w:rsidRDefault="00AD6BDC">
      <w:r w:rsidRPr="00C32BA9">
        <w:rPr>
          <w:b/>
          <w:bCs/>
        </w:rPr>
        <w:t>Einschränkungen</w:t>
      </w:r>
      <w:r w:rsidRPr="00C25E51">
        <w:t xml:space="preserve">: Verwende </w:t>
      </w:r>
      <w:r w:rsidR="00990DC2" w:rsidRPr="00C25E51">
        <w:t>______</w:t>
      </w:r>
    </w:p>
    <w:p w14:paraId="74267449" w14:textId="5C013AE8" w:rsidR="009A081C" w:rsidRPr="00C25E51" w:rsidRDefault="00AD6BDC">
      <w:r w:rsidRPr="00C32BA9">
        <w:rPr>
          <w:b/>
          <w:bCs/>
        </w:rPr>
        <w:t>Ausgabeformat</w:t>
      </w:r>
      <w:r w:rsidRPr="00C25E51">
        <w:t xml:space="preserve">: Erkläre das Thema als </w:t>
      </w:r>
      <w:r w:rsidR="00990DC2" w:rsidRPr="00C25E51">
        <w:t>______</w:t>
      </w:r>
    </w:p>
    <w:p w14:paraId="0CE2B9E3" w14:textId="60076D28" w:rsidR="00FF1000" w:rsidRPr="00A34F22" w:rsidRDefault="001E494F" w:rsidP="001E494F">
      <w:pPr>
        <w:pStyle w:val="Listenabsatz"/>
        <w:numPr>
          <w:ilvl w:val="0"/>
          <w:numId w:val="14"/>
        </w:numPr>
        <w:spacing w:before="120" w:after="120"/>
      </w:pPr>
      <w:r w:rsidRPr="001E494F">
        <w:rPr>
          <w:b/>
          <w:bCs/>
        </w:rPr>
        <w:t>Aufgabe</w:t>
      </w:r>
      <w:r>
        <w:t xml:space="preserve">: </w:t>
      </w:r>
      <w:r w:rsidR="00FF7407" w:rsidRPr="00A34F22">
        <w:t>Schreibe oder kopiere den gesamten Prompt in die nächste Zeile:</w:t>
      </w:r>
    </w:p>
    <w:p w14:paraId="4C7692DE" w14:textId="7102006B" w:rsidR="00990DC2" w:rsidRDefault="00990DC2" w:rsidP="00990DC2">
      <w:pPr>
        <w:spacing w:before="120" w:after="120"/>
      </w:pPr>
      <w:r w:rsidRPr="00C25E51">
        <w:t>______</w:t>
      </w:r>
    </w:p>
    <w:p w14:paraId="31E47634" w14:textId="77777777" w:rsidR="00EA4EF1" w:rsidRPr="00C25E51" w:rsidRDefault="00EA4EF1" w:rsidP="00990DC2">
      <w:pPr>
        <w:spacing w:before="120" w:after="120"/>
      </w:pPr>
    </w:p>
    <w:p w14:paraId="02480418" w14:textId="46631BB4" w:rsidR="009A081C" w:rsidRPr="00C25E51" w:rsidRDefault="00AD6BDC" w:rsidP="00E25924">
      <w:pPr>
        <w:pStyle w:val="berschrift1"/>
      </w:pPr>
      <w:r w:rsidRPr="00C25E51">
        <w:t>Ordne die Bausteine für einen vollständigen Prompt</w:t>
      </w:r>
    </w:p>
    <w:p w14:paraId="1FD1ABAB" w14:textId="724A8724" w:rsidR="009A081C" w:rsidRPr="00C25E51" w:rsidRDefault="00AD6BDC" w:rsidP="001E494F">
      <w:pPr>
        <w:pStyle w:val="Listenabsatz"/>
        <w:numPr>
          <w:ilvl w:val="0"/>
          <w:numId w:val="15"/>
        </w:numPr>
      </w:pPr>
      <w:r w:rsidRPr="00FC1C79">
        <w:rPr>
          <w:b/>
          <w:bCs/>
        </w:rPr>
        <w:t>Aufgabe</w:t>
      </w:r>
      <w:r w:rsidRPr="00C25E51">
        <w:t xml:space="preserve">: Ein Schüler möchte fünf </w:t>
      </w:r>
      <w:r w:rsidR="00507904" w:rsidRPr="00C25E51">
        <w:t>Mulitple-Choice-Quiz</w:t>
      </w:r>
      <w:r w:rsidRPr="00C25E51">
        <w:t xml:space="preserve">fragen zur IT-Sicherheit für eine Prüfung. </w:t>
      </w:r>
      <w:r w:rsidR="00D7280D">
        <w:t>Kopiere</w:t>
      </w:r>
      <w:r w:rsidRPr="00C25E51">
        <w:t xml:space="preserve"> die Textbausteine in die Reihenfolge </w:t>
      </w:r>
      <w:r w:rsidR="00C3463A" w:rsidRPr="00FC1C79">
        <w:rPr>
          <w:i/>
          <w:iCs/>
        </w:rPr>
        <w:t>Rolle, Kontext, Einschränkungen</w:t>
      </w:r>
      <w:r w:rsidR="00BF6D7F" w:rsidRPr="00FC1C79">
        <w:rPr>
          <w:i/>
          <w:iCs/>
        </w:rPr>
        <w:t xml:space="preserve"> und </w:t>
      </w:r>
      <w:r w:rsidR="00C3463A" w:rsidRPr="00FC1C79">
        <w:rPr>
          <w:i/>
          <w:iCs/>
        </w:rPr>
        <w:t>Ausgabenformat</w:t>
      </w:r>
      <w:r w:rsidR="00940053" w:rsidRPr="00C25E51">
        <w:t xml:space="preserve"> </w:t>
      </w:r>
      <w:r w:rsidR="00971CE0" w:rsidRPr="00C25E51">
        <w:t>in die linke Spalte</w:t>
      </w:r>
      <w:r w:rsidRPr="00C25E51">
        <w:t>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151"/>
        <w:gridCol w:w="5151"/>
      </w:tblGrid>
      <w:tr w:rsidR="009A081C" w:rsidRPr="00C25E51" w14:paraId="1067AD52" w14:textId="77777777">
        <w:tc>
          <w:tcPr>
            <w:tcW w:w="5156" w:type="dxa"/>
          </w:tcPr>
          <w:p w14:paraId="49B37346" w14:textId="77777777" w:rsidR="009A081C" w:rsidRPr="00C25E51" w:rsidRDefault="00AD6BDC" w:rsidP="00883E84">
            <w:pPr>
              <w:spacing w:before="120" w:after="120"/>
            </w:pPr>
            <w:r w:rsidRPr="00C25E51">
              <w:rPr>
                <w:b/>
              </w:rPr>
              <w:t>Reihenfolge</w:t>
            </w:r>
          </w:p>
        </w:tc>
        <w:tc>
          <w:tcPr>
            <w:tcW w:w="5156" w:type="dxa"/>
          </w:tcPr>
          <w:p w14:paraId="045A1F19" w14:textId="77777777" w:rsidR="009A081C" w:rsidRPr="00C25E51" w:rsidRDefault="00AD6BDC" w:rsidP="00883E84">
            <w:pPr>
              <w:spacing w:before="120" w:after="120"/>
            </w:pPr>
            <w:r w:rsidRPr="00C25E51">
              <w:rPr>
                <w:b/>
              </w:rPr>
              <w:t>Textbaustein</w:t>
            </w:r>
          </w:p>
        </w:tc>
      </w:tr>
      <w:tr w:rsidR="009A081C" w:rsidRPr="00C25E51" w14:paraId="1C1E092B" w14:textId="77777777">
        <w:tc>
          <w:tcPr>
            <w:tcW w:w="5156" w:type="dxa"/>
          </w:tcPr>
          <w:p w14:paraId="7470CED8" w14:textId="661FEBF0" w:rsidR="009A081C" w:rsidRPr="00C25E51" w:rsidRDefault="009A081C" w:rsidP="00883E84">
            <w:pPr>
              <w:spacing w:before="120" w:after="120"/>
            </w:pPr>
          </w:p>
        </w:tc>
        <w:tc>
          <w:tcPr>
            <w:tcW w:w="5156" w:type="dxa"/>
          </w:tcPr>
          <w:p w14:paraId="26BC2D2E" w14:textId="39EAE606" w:rsidR="009A081C" w:rsidRPr="00C25E51" w:rsidRDefault="00AD6BDC" w:rsidP="00883E84">
            <w:pPr>
              <w:spacing w:before="120" w:after="120"/>
            </w:pPr>
            <w:r w:rsidRPr="00C25E51">
              <w:t>Gib die Fragen als nummerierte Liste aus</w:t>
            </w:r>
            <w:r w:rsidR="00BD4DE5" w:rsidRPr="00C25E51">
              <w:t>, die ich kopieren kann</w:t>
            </w:r>
            <w:r w:rsidRPr="00C25E51">
              <w:t>.</w:t>
            </w:r>
          </w:p>
        </w:tc>
      </w:tr>
      <w:tr w:rsidR="009A081C" w:rsidRPr="00C25E51" w14:paraId="7124B26C" w14:textId="77777777">
        <w:tc>
          <w:tcPr>
            <w:tcW w:w="5156" w:type="dxa"/>
          </w:tcPr>
          <w:p w14:paraId="475266BA" w14:textId="71AB5590" w:rsidR="009A081C" w:rsidRPr="00C25E51" w:rsidRDefault="009A081C" w:rsidP="00883E84">
            <w:pPr>
              <w:spacing w:before="120" w:after="120"/>
            </w:pPr>
          </w:p>
        </w:tc>
        <w:tc>
          <w:tcPr>
            <w:tcW w:w="5156" w:type="dxa"/>
          </w:tcPr>
          <w:p w14:paraId="3F3BB893" w14:textId="77777777" w:rsidR="009A081C" w:rsidRPr="00C25E51" w:rsidRDefault="00AD6BDC" w:rsidP="00883E84">
            <w:pPr>
              <w:spacing w:before="120" w:after="120"/>
            </w:pPr>
            <w:r w:rsidRPr="00C25E51">
              <w:t>Du bist ein IT-Sicherheitstrainer.</w:t>
            </w:r>
          </w:p>
        </w:tc>
      </w:tr>
      <w:tr w:rsidR="009A081C" w:rsidRPr="00C25E51" w14:paraId="2699A73B" w14:textId="77777777">
        <w:tc>
          <w:tcPr>
            <w:tcW w:w="5156" w:type="dxa"/>
          </w:tcPr>
          <w:p w14:paraId="27DDBCF7" w14:textId="54FE6D6C" w:rsidR="009A081C" w:rsidRPr="00C25E51" w:rsidRDefault="009A081C" w:rsidP="00883E84">
            <w:pPr>
              <w:spacing w:before="120" w:after="120"/>
            </w:pPr>
          </w:p>
        </w:tc>
        <w:tc>
          <w:tcPr>
            <w:tcW w:w="5156" w:type="dxa"/>
          </w:tcPr>
          <w:p w14:paraId="00A72095" w14:textId="5DA57627" w:rsidR="009A081C" w:rsidRPr="00C25E51" w:rsidRDefault="00AD6BDC" w:rsidP="00883E84">
            <w:pPr>
              <w:spacing w:before="120" w:after="120"/>
            </w:pPr>
            <w:r w:rsidRPr="00C25E51">
              <w:t xml:space="preserve">Erstelle genau fünf </w:t>
            </w:r>
            <w:r w:rsidR="00507904" w:rsidRPr="00C25E51">
              <w:t>Multiple-Choice-</w:t>
            </w:r>
            <w:r w:rsidRPr="00C25E51">
              <w:t>Fragen in einfacher Sprache.</w:t>
            </w:r>
          </w:p>
        </w:tc>
      </w:tr>
      <w:tr w:rsidR="009A081C" w:rsidRPr="00C25E51" w14:paraId="7C1B44CC" w14:textId="77777777">
        <w:tc>
          <w:tcPr>
            <w:tcW w:w="5156" w:type="dxa"/>
          </w:tcPr>
          <w:p w14:paraId="6FB157A0" w14:textId="3FB8A8AB" w:rsidR="009A081C" w:rsidRPr="00C25E51" w:rsidRDefault="009A081C" w:rsidP="00883E84">
            <w:pPr>
              <w:spacing w:before="120" w:after="120"/>
            </w:pPr>
          </w:p>
        </w:tc>
        <w:tc>
          <w:tcPr>
            <w:tcW w:w="5156" w:type="dxa"/>
          </w:tcPr>
          <w:p w14:paraId="017B8EA0" w14:textId="77777777" w:rsidR="009A081C" w:rsidRPr="00C25E51" w:rsidRDefault="00AD6BDC" w:rsidP="00883E84">
            <w:pPr>
              <w:spacing w:before="120" w:after="120"/>
            </w:pPr>
            <w:r w:rsidRPr="00C25E51">
              <w:t>Ich bereite mich auf eine Prüfung über IT-Sicherheit vor.</w:t>
            </w:r>
          </w:p>
        </w:tc>
      </w:tr>
    </w:tbl>
    <w:p w14:paraId="3D2B3A8D" w14:textId="15449F75" w:rsidR="009A081C" w:rsidRPr="00C25E51" w:rsidRDefault="00085AD9" w:rsidP="001E494F">
      <w:pPr>
        <w:pStyle w:val="Listenabsatz"/>
        <w:numPr>
          <w:ilvl w:val="0"/>
          <w:numId w:val="15"/>
        </w:numPr>
        <w:spacing w:before="120" w:after="120"/>
      </w:pPr>
      <w:r w:rsidRPr="00085AD9">
        <w:rPr>
          <w:b/>
          <w:bCs/>
        </w:rPr>
        <w:t>Aufgabe</w:t>
      </w:r>
      <w:r>
        <w:t xml:space="preserve">: </w:t>
      </w:r>
      <w:r w:rsidR="008804E2" w:rsidRPr="00C25E51">
        <w:t xml:space="preserve">Kopiere </w:t>
      </w:r>
      <w:r w:rsidR="00AD6BDC" w:rsidRPr="00C25E51">
        <w:t xml:space="preserve">den geordneten Prompt </w:t>
      </w:r>
      <w:r w:rsidR="008804E2" w:rsidRPr="00C25E51">
        <w:t>in die nächste Zeile:</w:t>
      </w:r>
    </w:p>
    <w:p w14:paraId="3E71FC94" w14:textId="2A2B7932" w:rsidR="009A081C" w:rsidRPr="00C25E51" w:rsidRDefault="00AD6BDC">
      <w:r w:rsidRPr="00C25E51">
        <w:t>______</w:t>
      </w:r>
    </w:p>
    <w:p w14:paraId="5FD7FFB0" w14:textId="2DBA83B7" w:rsidR="00487E17" w:rsidRPr="00C25E51" w:rsidRDefault="00487E17" w:rsidP="00E25924">
      <w:pPr>
        <w:pStyle w:val="berschrift1"/>
      </w:pPr>
      <w:r w:rsidRPr="00C25E51">
        <w:t>Grafik mit der KI erstellen</w:t>
      </w:r>
    </w:p>
    <w:p w14:paraId="45BD18B5" w14:textId="59715800" w:rsidR="00487E17" w:rsidRPr="00C25E51" w:rsidRDefault="002E3197" w:rsidP="00487E17">
      <w:r w:rsidRPr="002E3197">
        <w:rPr>
          <w:b/>
          <w:bCs/>
        </w:rPr>
        <w:t>Aufgabe</w:t>
      </w:r>
      <w:r>
        <w:t xml:space="preserve">: </w:t>
      </w:r>
      <w:r w:rsidR="00487E17" w:rsidRPr="00C25E51">
        <w:t>Erstelle mit Hilfe der KI eine Grafik, die den Wasserkreislauf erklärt.</w:t>
      </w:r>
    </w:p>
    <w:p w14:paraId="494F2F03" w14:textId="60D53B2B" w:rsidR="00487E17" w:rsidRPr="00C25E51" w:rsidRDefault="00487E17" w:rsidP="00487E17">
      <w:r w:rsidRPr="00C25E51">
        <w:t>Prom</w:t>
      </w:r>
      <w:r w:rsidR="00971CE0" w:rsidRPr="00C25E51">
        <w:t>p</w:t>
      </w:r>
      <w:r w:rsidRPr="00C25E51">
        <w:t>t: _____</w:t>
      </w:r>
    </w:p>
    <w:p w14:paraId="23A37800" w14:textId="3972669F" w:rsidR="009C1F0E" w:rsidRPr="00C25E51" w:rsidRDefault="00007BB1" w:rsidP="001F64A7">
      <w:pPr>
        <w:pStyle w:val="berschrift1"/>
      </w:pPr>
      <w:r>
        <w:lastRenderedPageBreak/>
        <w:t>Prompt erstellen</w:t>
      </w:r>
    </w:p>
    <w:p w14:paraId="513F707D" w14:textId="01C5478C" w:rsidR="009C1F0E" w:rsidRDefault="002E3197" w:rsidP="009E4BC6">
      <w:pPr>
        <w:pStyle w:val="Listenabsatz"/>
        <w:numPr>
          <w:ilvl w:val="0"/>
          <w:numId w:val="16"/>
        </w:numPr>
      </w:pPr>
      <w:r w:rsidRPr="00962DBA">
        <w:rPr>
          <w:b/>
          <w:bCs/>
        </w:rPr>
        <w:t>Aufgabe</w:t>
      </w:r>
      <w:r>
        <w:t xml:space="preserve">: </w:t>
      </w:r>
      <w:r w:rsidR="005B7F49" w:rsidRPr="00C25E51">
        <w:t>Frage die KI zum</w:t>
      </w:r>
      <w:r w:rsidR="009C1F0E" w:rsidRPr="00C25E51">
        <w:t xml:space="preserve"> Thema Elektromobilität. </w:t>
      </w:r>
      <w:r w:rsidR="005B7F49" w:rsidRPr="00C25E51">
        <w:t>Es soll um den</w:t>
      </w:r>
      <w:r w:rsidR="000F57E1" w:rsidRPr="00C25E51">
        <w:t xml:space="preserve"> Vergleich</w:t>
      </w:r>
      <w:r w:rsidR="005B7F49" w:rsidRPr="00C25E51">
        <w:t xml:space="preserve"> </w:t>
      </w:r>
      <w:r w:rsidR="000F57E1" w:rsidRPr="00C25E51">
        <w:t>Energie</w:t>
      </w:r>
      <w:r w:rsidR="00861691" w:rsidRPr="00C25E51">
        <w:t>verbrauch</w:t>
      </w:r>
      <w:r w:rsidR="000F57E1" w:rsidRPr="00C25E51">
        <w:t xml:space="preserve"> und Leistung </w:t>
      </w:r>
      <w:r w:rsidR="00861691" w:rsidRPr="00C25E51">
        <w:t xml:space="preserve">gehen. Physikunterricht in der Schulstufe </w:t>
      </w:r>
      <w:r w:rsidR="00EB6BD7">
        <w:t>6</w:t>
      </w:r>
      <w:r w:rsidR="009C1F0E" w:rsidRPr="00C25E51">
        <w:t>.</w:t>
      </w:r>
      <w:r w:rsidR="003212EA" w:rsidRPr="00C25E51">
        <w:t xml:space="preserve"> Kurze Erklärung</w:t>
      </w:r>
      <w:r w:rsidR="00E37E49" w:rsidRPr="00C25E51">
        <w:t>.</w:t>
      </w:r>
      <w:r w:rsidR="000C65CC">
        <w:t xml:space="preserve"> </w:t>
      </w:r>
    </w:p>
    <w:p w14:paraId="5A1FD95A" w14:textId="72F27538" w:rsidR="009E4BC6" w:rsidRDefault="009E4BC6" w:rsidP="009E4BC6">
      <w:r>
        <w:t>Prompt:</w:t>
      </w:r>
      <w:r w:rsidR="001A6BFE">
        <w:t xml:space="preserve"> ____</w:t>
      </w:r>
    </w:p>
    <w:p w14:paraId="5CEE336E" w14:textId="77777777" w:rsidR="00EA4EF1" w:rsidRDefault="00EA4EF1" w:rsidP="009E4BC6"/>
    <w:p w14:paraId="66917FBD" w14:textId="0A274E89" w:rsidR="009E4BC6" w:rsidRPr="00C25E51" w:rsidRDefault="009E4BC6" w:rsidP="002352DC">
      <w:pPr>
        <w:pStyle w:val="Listenabsatz"/>
        <w:numPr>
          <w:ilvl w:val="0"/>
          <w:numId w:val="16"/>
        </w:numPr>
      </w:pPr>
      <w:r w:rsidRPr="002352DC">
        <w:rPr>
          <w:b/>
          <w:bCs/>
        </w:rPr>
        <w:t>Aufgabe</w:t>
      </w:r>
      <w:r>
        <w:t xml:space="preserve">: </w:t>
      </w:r>
      <w:r w:rsidR="002352DC">
        <w:t xml:space="preserve">Ersetze die Kästchen durch ein X, wenn der Baustein im </w:t>
      </w:r>
      <w:r w:rsidR="00046495">
        <w:t>Prompt</w:t>
      </w:r>
      <w:r w:rsidR="002352DC">
        <w:t xml:space="preserve"> verwendet wurde.</w:t>
      </w:r>
    </w:p>
    <w:p w14:paraId="592637A6" w14:textId="77777777" w:rsidR="009C1F0E" w:rsidRPr="00C25E51" w:rsidRDefault="009C1F0E" w:rsidP="009C1F0E">
      <w:r w:rsidRPr="00C25E51">
        <w:rPr>
          <w:rFonts w:ascii="Segoe UI Symbol" w:hAnsi="Segoe UI Symbol" w:cs="Segoe UI Symbol"/>
        </w:rPr>
        <w:t>☐</w:t>
      </w:r>
      <w:r w:rsidRPr="00C25E51">
        <w:t xml:space="preserve"> Ich habe eine passende Rolle angegeben. </w:t>
      </w:r>
      <w:r w:rsidRPr="00C25E51">
        <w:rPr>
          <w:rFonts w:ascii="Segoe UI Symbol" w:hAnsi="Segoe UI Symbol" w:cs="Segoe UI Symbol"/>
        </w:rPr>
        <w:t>☐</w:t>
      </w:r>
      <w:r w:rsidRPr="00C25E51">
        <w:t xml:space="preserve"> Ich habe erklärt, wofür ich das Ergebnis brauche.</w:t>
      </w:r>
    </w:p>
    <w:p w14:paraId="2A31C927" w14:textId="3FDE8242" w:rsidR="009C1F0E" w:rsidRPr="00C25E51" w:rsidRDefault="009C1F0E" w:rsidP="009C1F0E">
      <w:r w:rsidRPr="00C25E51">
        <w:rPr>
          <w:rFonts w:ascii="Segoe UI Symbol" w:hAnsi="Segoe UI Symbol" w:cs="Segoe UI Symbol"/>
        </w:rPr>
        <w:t>☐</w:t>
      </w:r>
      <w:r w:rsidRPr="00C25E51">
        <w:t xml:space="preserve"> Ich habe wichtige Vorgaben genannt. </w:t>
      </w:r>
      <w:r w:rsidRPr="00C25E51">
        <w:rPr>
          <w:rFonts w:ascii="Segoe UI Symbol" w:hAnsi="Segoe UI Symbol" w:cs="Segoe UI Symbol"/>
        </w:rPr>
        <w:t>☐</w:t>
      </w:r>
      <w:r w:rsidRPr="00C25E51">
        <w:t xml:space="preserve"> Ich habe festgelegt, wie das Ergebnis aussehen soll.</w:t>
      </w:r>
    </w:p>
    <w:p w14:paraId="5B729E7D" w14:textId="38B78BEF" w:rsidR="009A081C" w:rsidRPr="00C25E51" w:rsidRDefault="00971CE0" w:rsidP="00E25924">
      <w:pPr>
        <w:pStyle w:val="berschrift1"/>
      </w:pPr>
      <w:r w:rsidRPr="00C25E51">
        <w:t xml:space="preserve">Prompts </w:t>
      </w:r>
      <w:r w:rsidR="00A70940" w:rsidRPr="00C25E51">
        <w:t>mit einer</w:t>
      </w:r>
      <w:r w:rsidRPr="00C25E51">
        <w:t xml:space="preserve"> KI testen</w:t>
      </w:r>
    </w:p>
    <w:p w14:paraId="3BA6DCF1" w14:textId="0508A970" w:rsidR="00971CE0" w:rsidRDefault="002E3197" w:rsidP="00971CE0">
      <w:r w:rsidRPr="002E3197">
        <w:rPr>
          <w:b/>
          <w:bCs/>
        </w:rPr>
        <w:t>Aufgabe</w:t>
      </w:r>
      <w:r>
        <w:t xml:space="preserve">: </w:t>
      </w:r>
      <w:r w:rsidR="00971CE0" w:rsidRPr="00C25E51">
        <w:t xml:space="preserve">Teste die Prompts </w:t>
      </w:r>
      <w:r w:rsidR="00A70940" w:rsidRPr="00C25E51">
        <w:t xml:space="preserve">der </w:t>
      </w:r>
      <w:r w:rsidR="0078174F" w:rsidRPr="00C25E51">
        <w:t>A</w:t>
      </w:r>
      <w:r w:rsidR="00A70940" w:rsidRPr="00C25E51">
        <w:t xml:space="preserve">ufgaben </w:t>
      </w:r>
      <w:r w:rsidR="008819D5">
        <w:t xml:space="preserve">2, </w:t>
      </w:r>
      <w:r w:rsidR="00A70940" w:rsidRPr="00C25E51">
        <w:t>3, 4</w:t>
      </w:r>
      <w:r w:rsidR="00C51F20">
        <w:t xml:space="preserve"> und </w:t>
      </w:r>
      <w:r w:rsidR="00A70940" w:rsidRPr="00C25E51">
        <w:t xml:space="preserve">6 </w:t>
      </w:r>
      <w:r w:rsidR="00971CE0" w:rsidRPr="00C25E51">
        <w:t>mit eine</w:t>
      </w:r>
      <w:r w:rsidR="008819D5">
        <w:t>r</w:t>
      </w:r>
      <w:r w:rsidR="00971CE0" w:rsidRPr="00C25E51">
        <w:t xml:space="preserve"> KI. Kopiere die Ergebnisse </w:t>
      </w:r>
      <w:r w:rsidR="00CB2224" w:rsidRPr="00C25E51">
        <w:t xml:space="preserve">in die PowerPoint-Präsentation </w:t>
      </w:r>
      <w:r w:rsidR="00CB2224" w:rsidRPr="00C25E51">
        <w:rPr>
          <w:b/>
          <w:bCs/>
          <w:i/>
          <w:iCs/>
        </w:rPr>
        <w:t>Prompting.pptx</w:t>
      </w:r>
      <w:r w:rsidR="00CB2224" w:rsidRPr="00C25E51">
        <w:t>.</w:t>
      </w:r>
    </w:p>
    <w:p w14:paraId="2ED26D50" w14:textId="1FCD84E2" w:rsidR="000C65CC" w:rsidRPr="00C25E51" w:rsidRDefault="000C65CC" w:rsidP="00971CE0">
      <w:r w:rsidRPr="000E55CE">
        <w:rPr>
          <w:b/>
          <w:bCs/>
        </w:rPr>
        <w:t>Zusatz</w:t>
      </w:r>
      <w:r w:rsidR="000E55CE">
        <w:rPr>
          <w:b/>
          <w:bCs/>
        </w:rPr>
        <w:t>aufgabe</w:t>
      </w:r>
      <w:r>
        <w:t>: Formatiere die Prompts</w:t>
      </w:r>
      <w:r w:rsidR="00564D9F">
        <w:t xml:space="preserve"> in PowerPoint</w:t>
      </w:r>
      <w:r w:rsidR="000E55CE">
        <w:t>.</w:t>
      </w:r>
      <w:r w:rsidR="00564D9F">
        <w:t xml:space="preserve"> </w:t>
      </w:r>
    </w:p>
    <w:sectPr w:rsidR="000C65CC" w:rsidRPr="00C25E51" w:rsidSect="00E25924">
      <w:headerReference w:type="default" r:id="rId7"/>
      <w:footerReference w:type="default" r:id="rId8"/>
      <w:pgSz w:w="12240" w:h="15840"/>
      <w:pgMar w:top="1361" w:right="964" w:bottom="1418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FE4B8" w14:textId="77777777" w:rsidR="008040B9" w:rsidRPr="00C25E51" w:rsidRDefault="008040B9" w:rsidP="007B333E">
      <w:pPr>
        <w:spacing w:after="0" w:line="240" w:lineRule="auto"/>
      </w:pPr>
      <w:r w:rsidRPr="00C25E51">
        <w:separator/>
      </w:r>
    </w:p>
  </w:endnote>
  <w:endnote w:type="continuationSeparator" w:id="0">
    <w:p w14:paraId="34B81B99" w14:textId="77777777" w:rsidR="008040B9" w:rsidRPr="00C25E51" w:rsidRDefault="008040B9" w:rsidP="007B333E">
      <w:pPr>
        <w:spacing w:after="0" w:line="240" w:lineRule="auto"/>
      </w:pPr>
      <w:r w:rsidRPr="00C25E5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76D17" w14:textId="5731006D" w:rsidR="00CB2224" w:rsidRPr="00C25E51" w:rsidRDefault="00CB2224">
    <w:pPr>
      <w:pStyle w:val="Fuzeile"/>
    </w:pPr>
    <w:r w:rsidRPr="00C25E51">
      <w:t>Easy4me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B2699" w14:textId="77777777" w:rsidR="008040B9" w:rsidRPr="00C25E51" w:rsidRDefault="008040B9" w:rsidP="007B333E">
      <w:pPr>
        <w:spacing w:after="0" w:line="240" w:lineRule="auto"/>
      </w:pPr>
      <w:r w:rsidRPr="00C25E51">
        <w:separator/>
      </w:r>
    </w:p>
  </w:footnote>
  <w:footnote w:type="continuationSeparator" w:id="0">
    <w:p w14:paraId="6ED237A1" w14:textId="77777777" w:rsidR="008040B9" w:rsidRPr="00C25E51" w:rsidRDefault="008040B9" w:rsidP="007B333E">
      <w:pPr>
        <w:spacing w:after="0" w:line="240" w:lineRule="auto"/>
      </w:pPr>
      <w:r w:rsidRPr="00C25E5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60DAC" w14:textId="36A8736F" w:rsidR="00CB2224" w:rsidRPr="00206B88" w:rsidRDefault="00CB2224" w:rsidP="00206B88">
    <w:pPr>
      <w:pStyle w:val="Kopfzeile"/>
      <w:pBdr>
        <w:bottom w:val="single" w:sz="4" w:space="1" w:color="365F91" w:themeColor="accent1" w:themeShade="BF"/>
      </w:pBdr>
      <w:rPr>
        <w:color w:val="17365D" w:themeColor="text2" w:themeShade="BF"/>
      </w:rPr>
    </w:pPr>
    <w:r w:rsidRPr="00206B88">
      <w:rPr>
        <w:color w:val="17365D" w:themeColor="text2" w:themeShade="BF"/>
      </w:rPr>
      <w:t>KI</w:t>
    </w:r>
    <w:r w:rsidR="00C44A2F" w:rsidRPr="00206B88">
      <w:rPr>
        <w:color w:val="17365D" w:themeColor="text2" w:themeShade="BF"/>
      </w:rPr>
      <w:t>:</w:t>
    </w:r>
    <w:r w:rsidRPr="00206B88">
      <w:rPr>
        <w:color w:val="17365D" w:themeColor="text2" w:themeShade="BF"/>
      </w:rPr>
      <w:t xml:space="preserve"> Prompting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F03FD9"/>
    <w:multiLevelType w:val="hybridMultilevel"/>
    <w:tmpl w:val="CF9C087E"/>
    <w:lvl w:ilvl="0" w:tplc="C7DA89B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E46235"/>
    <w:multiLevelType w:val="hybridMultilevel"/>
    <w:tmpl w:val="9FFC324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8840B1"/>
    <w:multiLevelType w:val="hybridMultilevel"/>
    <w:tmpl w:val="D7C2CF94"/>
    <w:lvl w:ilvl="0" w:tplc="F776F3A8">
      <w:start w:val="1"/>
      <w:numFmt w:val="decimal"/>
      <w:pStyle w:val="berschrift1"/>
      <w:lvlText w:val="%1."/>
      <w:lvlJc w:val="left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12192C"/>
    <w:multiLevelType w:val="hybridMultilevel"/>
    <w:tmpl w:val="CFDE1A7C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9F6629"/>
    <w:multiLevelType w:val="hybridMultilevel"/>
    <w:tmpl w:val="9FFC3242"/>
    <w:lvl w:ilvl="0" w:tplc="55785CB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C742F0"/>
    <w:multiLevelType w:val="hybridMultilevel"/>
    <w:tmpl w:val="CF00EDFC"/>
    <w:lvl w:ilvl="0" w:tplc="55785CB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1317777">
    <w:abstractNumId w:val="8"/>
  </w:num>
  <w:num w:numId="2" w16cid:durableId="121965616">
    <w:abstractNumId w:val="6"/>
  </w:num>
  <w:num w:numId="3" w16cid:durableId="829104132">
    <w:abstractNumId w:val="5"/>
  </w:num>
  <w:num w:numId="4" w16cid:durableId="1724718195">
    <w:abstractNumId w:val="4"/>
  </w:num>
  <w:num w:numId="5" w16cid:durableId="1723165974">
    <w:abstractNumId w:val="7"/>
  </w:num>
  <w:num w:numId="6" w16cid:durableId="1044136658">
    <w:abstractNumId w:val="3"/>
  </w:num>
  <w:num w:numId="7" w16cid:durableId="325285827">
    <w:abstractNumId w:val="2"/>
  </w:num>
  <w:num w:numId="8" w16cid:durableId="1245073720">
    <w:abstractNumId w:val="1"/>
  </w:num>
  <w:num w:numId="9" w16cid:durableId="163250836">
    <w:abstractNumId w:val="0"/>
  </w:num>
  <w:num w:numId="10" w16cid:durableId="686717355">
    <w:abstractNumId w:val="12"/>
  </w:num>
  <w:num w:numId="11" w16cid:durableId="1551846372">
    <w:abstractNumId w:val="11"/>
  </w:num>
  <w:num w:numId="12" w16cid:durableId="371811005">
    <w:abstractNumId w:val="11"/>
    <w:lvlOverride w:ilvl="0">
      <w:startOverride w:val="1"/>
    </w:lvlOverride>
  </w:num>
  <w:num w:numId="13" w16cid:durableId="400950300">
    <w:abstractNumId w:val="9"/>
  </w:num>
  <w:num w:numId="14" w16cid:durableId="796527754">
    <w:abstractNumId w:val="13"/>
  </w:num>
  <w:num w:numId="15" w16cid:durableId="1641156050">
    <w:abstractNumId w:val="10"/>
  </w:num>
  <w:num w:numId="16" w16cid:durableId="196669360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BB1"/>
    <w:rsid w:val="00034616"/>
    <w:rsid w:val="00046495"/>
    <w:rsid w:val="0006063C"/>
    <w:rsid w:val="0008193C"/>
    <w:rsid w:val="00085AD9"/>
    <w:rsid w:val="00085C6C"/>
    <w:rsid w:val="000C65CC"/>
    <w:rsid w:val="000E55CE"/>
    <w:rsid w:val="000F57E1"/>
    <w:rsid w:val="0015074B"/>
    <w:rsid w:val="00190DC1"/>
    <w:rsid w:val="001A6BFE"/>
    <w:rsid w:val="001D19D8"/>
    <w:rsid w:val="001E494F"/>
    <w:rsid w:val="001F1C60"/>
    <w:rsid w:val="001F6333"/>
    <w:rsid w:val="001F64A7"/>
    <w:rsid w:val="00206B88"/>
    <w:rsid w:val="002352DC"/>
    <w:rsid w:val="00270F55"/>
    <w:rsid w:val="002712E3"/>
    <w:rsid w:val="0029639D"/>
    <w:rsid w:val="002B7B50"/>
    <w:rsid w:val="002E3197"/>
    <w:rsid w:val="003212EA"/>
    <w:rsid w:val="00326F90"/>
    <w:rsid w:val="003F2EF7"/>
    <w:rsid w:val="00452831"/>
    <w:rsid w:val="00487E17"/>
    <w:rsid w:val="00502135"/>
    <w:rsid w:val="00507904"/>
    <w:rsid w:val="005310EB"/>
    <w:rsid w:val="005415D6"/>
    <w:rsid w:val="00564D9F"/>
    <w:rsid w:val="005B7F49"/>
    <w:rsid w:val="005D32C7"/>
    <w:rsid w:val="0063670D"/>
    <w:rsid w:val="00701DD5"/>
    <w:rsid w:val="0078174F"/>
    <w:rsid w:val="007B333E"/>
    <w:rsid w:val="008040B9"/>
    <w:rsid w:val="00833028"/>
    <w:rsid w:val="008428D9"/>
    <w:rsid w:val="00861691"/>
    <w:rsid w:val="00865EBE"/>
    <w:rsid w:val="008804E2"/>
    <w:rsid w:val="008819D5"/>
    <w:rsid w:val="00883E84"/>
    <w:rsid w:val="008F3267"/>
    <w:rsid w:val="00940053"/>
    <w:rsid w:val="00962DBA"/>
    <w:rsid w:val="00971CE0"/>
    <w:rsid w:val="009828CA"/>
    <w:rsid w:val="00990DC2"/>
    <w:rsid w:val="009A081C"/>
    <w:rsid w:val="009C1F0E"/>
    <w:rsid w:val="009E4BC6"/>
    <w:rsid w:val="00A34F22"/>
    <w:rsid w:val="00A70940"/>
    <w:rsid w:val="00AA1D8D"/>
    <w:rsid w:val="00AD5D63"/>
    <w:rsid w:val="00AD6BDC"/>
    <w:rsid w:val="00B20213"/>
    <w:rsid w:val="00B47730"/>
    <w:rsid w:val="00BA777C"/>
    <w:rsid w:val="00BC5BBC"/>
    <w:rsid w:val="00BC7BA9"/>
    <w:rsid w:val="00BD4DE5"/>
    <w:rsid w:val="00BD7254"/>
    <w:rsid w:val="00BF6D7F"/>
    <w:rsid w:val="00C1509C"/>
    <w:rsid w:val="00C25E51"/>
    <w:rsid w:val="00C32BA9"/>
    <w:rsid w:val="00C3463A"/>
    <w:rsid w:val="00C44A2F"/>
    <w:rsid w:val="00C51F20"/>
    <w:rsid w:val="00C851F8"/>
    <w:rsid w:val="00CB0664"/>
    <w:rsid w:val="00CB2224"/>
    <w:rsid w:val="00D244FC"/>
    <w:rsid w:val="00D46BF2"/>
    <w:rsid w:val="00D7280D"/>
    <w:rsid w:val="00DB3D23"/>
    <w:rsid w:val="00E25924"/>
    <w:rsid w:val="00E37E49"/>
    <w:rsid w:val="00E37E5F"/>
    <w:rsid w:val="00E55DEC"/>
    <w:rsid w:val="00E96230"/>
    <w:rsid w:val="00EA4EF1"/>
    <w:rsid w:val="00EB6BD7"/>
    <w:rsid w:val="00F14594"/>
    <w:rsid w:val="00F42EF8"/>
    <w:rsid w:val="00FC1C79"/>
    <w:rsid w:val="00FC693F"/>
    <w:rsid w:val="00FF1000"/>
    <w:rsid w:val="00FF7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6249DC3"/>
  <w14:defaultImageDpi w14:val="300"/>
  <w15:docId w15:val="{F2E649E3-852E-4E16-A19B-A6DEF0D37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Arial" w:eastAsia="Arial" w:hAnsi="Arial"/>
      <w:sz w:val="20"/>
      <w:lang w:val="de-AT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25924"/>
    <w:pPr>
      <w:keepNext/>
      <w:keepLines/>
      <w:numPr>
        <w:numId w:val="11"/>
      </w:numPr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E259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420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Alois Klotz</dc:creator>
  <cp:keywords/>
  <dc:description/>
  <cp:lastModifiedBy>Alois Klotz</cp:lastModifiedBy>
  <cp:revision>88</cp:revision>
  <dcterms:created xsi:type="dcterms:W3CDTF">2026-10-15T17:42:00Z</dcterms:created>
  <dcterms:modified xsi:type="dcterms:W3CDTF">2026-10-16T05:48:00Z</dcterms:modified>
  <cp:category/>
</cp:coreProperties>
</file>