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384FB" w14:textId="2C63DEF2" w:rsidR="009A081C" w:rsidRPr="00E43E73" w:rsidRDefault="00FB2CA6" w:rsidP="00F41E2A">
      <w:pPr>
        <w:pStyle w:val="berschrift1"/>
        <w:numPr>
          <w:ilvl w:val="0"/>
          <w:numId w:val="0"/>
        </w:numPr>
        <w:spacing w:before="0"/>
        <w:rPr>
          <w:rFonts w:cstheme="majorHAnsi"/>
          <w:b w:val="0"/>
          <w:bCs w:val="0"/>
        </w:rPr>
      </w:pPr>
      <w:r w:rsidRPr="00E43E73">
        <w:rPr>
          <w:rFonts w:cstheme="majorHAnsi"/>
          <w:b w:val="0"/>
          <w:bCs w:val="0"/>
        </w:rPr>
        <w:t>Drei</w:t>
      </w:r>
      <w:r w:rsidR="00865EBE" w:rsidRPr="00E43E73">
        <w:rPr>
          <w:rFonts w:cstheme="majorHAnsi"/>
          <w:b w:val="0"/>
          <w:bCs w:val="0"/>
        </w:rPr>
        <w:t xml:space="preserve"> </w:t>
      </w:r>
      <w:r w:rsidRPr="00E43E73">
        <w:rPr>
          <w:rFonts w:cstheme="majorHAnsi"/>
          <w:b w:val="0"/>
          <w:bCs w:val="0"/>
        </w:rPr>
        <w:t xml:space="preserve">grundlegende und </w:t>
      </w:r>
      <w:r w:rsidR="00865EBE" w:rsidRPr="00E43E73">
        <w:rPr>
          <w:rFonts w:cstheme="majorHAnsi"/>
          <w:b w:val="0"/>
          <w:bCs w:val="0"/>
        </w:rPr>
        <w:t>mögliche</w:t>
      </w:r>
      <w:r w:rsidR="00AD6BDC" w:rsidRPr="00E43E73">
        <w:rPr>
          <w:rFonts w:cstheme="majorHAnsi"/>
          <w:b w:val="0"/>
          <w:bCs w:val="0"/>
        </w:rPr>
        <w:t xml:space="preserve"> Bausteine eines Prompts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9A081C" w:rsidRPr="00E43E73" w14:paraId="56863F31" w14:textId="77777777" w:rsidTr="00596D83">
        <w:trPr>
          <w:jc w:val="center"/>
        </w:trPr>
        <w:tc>
          <w:tcPr>
            <w:tcW w:w="5151" w:type="dxa"/>
            <w:shd w:val="clear" w:color="auto" w:fill="D9D9D9" w:themeFill="background1" w:themeFillShade="D9"/>
          </w:tcPr>
          <w:p w14:paraId="41D14C74" w14:textId="7D4B4670" w:rsidR="009A081C" w:rsidRPr="00E43E73" w:rsidRDefault="00596D83" w:rsidP="00B2021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>Ein guter Stichwort-Prompt enthält immer</w:t>
            </w:r>
          </w:p>
        </w:tc>
        <w:tc>
          <w:tcPr>
            <w:tcW w:w="5151" w:type="dxa"/>
            <w:shd w:val="clear" w:color="auto" w:fill="D9D9D9" w:themeFill="background1" w:themeFillShade="D9"/>
          </w:tcPr>
          <w:p w14:paraId="156ECB9F" w14:textId="2E4A6EFC" w:rsidR="009A081C" w:rsidRPr="00E43E73" w:rsidRDefault="00596D83" w:rsidP="00B2021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>Beispiel</w:t>
            </w:r>
          </w:p>
        </w:tc>
      </w:tr>
      <w:tr w:rsidR="00596D83" w:rsidRPr="00E43E73" w14:paraId="26D58E21" w14:textId="77777777" w:rsidTr="00596D83">
        <w:trPr>
          <w:jc w:val="center"/>
        </w:trPr>
        <w:tc>
          <w:tcPr>
            <w:tcW w:w="5151" w:type="dxa"/>
          </w:tcPr>
          <w:p w14:paraId="7949FCAF" w14:textId="527DFC52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Das Thema / Motiv</w:t>
            </w: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5151" w:type="dxa"/>
          </w:tcPr>
          <w:p w14:paraId="266FB73E" w14:textId="58C46490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>Ritterburg, Klimawandel, Vokabeln</w:t>
            </w:r>
          </w:p>
        </w:tc>
      </w:tr>
      <w:tr w:rsidR="00596D83" w:rsidRPr="00E43E73" w14:paraId="3BF0F1C8" w14:textId="77777777" w:rsidTr="00596D83">
        <w:trPr>
          <w:jc w:val="center"/>
        </w:trPr>
        <w:tc>
          <w:tcPr>
            <w:tcW w:w="5151" w:type="dxa"/>
          </w:tcPr>
          <w:p w14:paraId="69BA6233" w14:textId="6260DD40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Die Rahmenbedingungen</w:t>
            </w:r>
          </w:p>
        </w:tc>
        <w:tc>
          <w:tcPr>
            <w:tcW w:w="5151" w:type="dxa"/>
          </w:tcPr>
          <w:p w14:paraId="2E56330B" w14:textId="4C7BCB84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>3 Ursachen, höflich, realistisch, 6. Schulstufe</w:t>
            </w:r>
            <w:r w:rsidR="00901FBD">
              <w:rPr>
                <w:rFonts w:asciiTheme="majorHAnsi" w:hAnsiTheme="majorHAnsi" w:cstheme="majorHAnsi"/>
                <w:sz w:val="24"/>
                <w:szCs w:val="24"/>
              </w:rPr>
              <w:t>, einfache Sprache</w:t>
            </w:r>
          </w:p>
        </w:tc>
      </w:tr>
      <w:tr w:rsidR="00596D83" w:rsidRPr="00E43E73" w14:paraId="5AD784CD" w14:textId="77777777" w:rsidTr="00596D83">
        <w:trPr>
          <w:jc w:val="center"/>
        </w:trPr>
        <w:tc>
          <w:tcPr>
            <w:tcW w:w="5151" w:type="dxa"/>
          </w:tcPr>
          <w:p w14:paraId="257855C2" w14:textId="3914CE2C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Das gewünschte Format / Stil</w:t>
            </w: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5151" w:type="dxa"/>
          </w:tcPr>
          <w:p w14:paraId="147EADA0" w14:textId="0FA8E6E9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>Tabelle, Stichpunkte, E-Mail, Bild</w:t>
            </w:r>
          </w:p>
        </w:tc>
      </w:tr>
    </w:tbl>
    <w:p w14:paraId="485DD7DB" w14:textId="614C187D" w:rsidR="00CE00AC" w:rsidRPr="00E43E73" w:rsidRDefault="00157DEF" w:rsidP="00CE00AC">
      <w:pPr>
        <w:spacing w:before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Arbeitsauftrag</w:t>
      </w:r>
      <w:r w:rsidR="00F41E2A">
        <w:rPr>
          <w:rFonts w:asciiTheme="majorHAnsi" w:hAnsiTheme="majorHAnsi" w:cstheme="majorHAnsi"/>
          <w:b/>
          <w:bCs/>
          <w:sz w:val="24"/>
          <w:szCs w:val="24"/>
        </w:rPr>
        <w:t xml:space="preserve"> 1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sz w:val="24"/>
          <w:szCs w:val="24"/>
        </w:rPr>
        <w:t xml:space="preserve"> Lies die Situation und wandle die Sätze in einen 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>kompakten Stichwort-Prompt</w:t>
      </w:r>
      <w:r w:rsidRPr="00E43E73">
        <w:rPr>
          <w:rFonts w:asciiTheme="majorHAnsi" w:hAnsiTheme="majorHAnsi" w:cstheme="majorHAnsi"/>
          <w:sz w:val="24"/>
          <w:szCs w:val="24"/>
        </w:rPr>
        <w:t xml:space="preserve"> um.</w:t>
      </w:r>
    </w:p>
    <w:p w14:paraId="7A4F86FB" w14:textId="765224E2" w:rsidR="00596D83" w:rsidRPr="00E43E73" w:rsidRDefault="00596D83" w:rsidP="00E43E73">
      <w:pPr>
        <w:pStyle w:val="berschrift2"/>
      </w:pPr>
      <w:r w:rsidRPr="00E43E73">
        <w:t>1. Photosynthese (Biologie)</w:t>
      </w:r>
    </w:p>
    <w:p w14:paraId="351D20D1" w14:textId="5FF50EFF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Du brauchst für eine Biologie-Prüfung eine kurze Erklärung der Photosynthese in einfacher Sprache mit Stichpunkten.</w:t>
      </w:r>
    </w:p>
    <w:p w14:paraId="0BE17262" w14:textId="77777777" w:rsidR="00153539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3980CAA4" w14:textId="6FCFB17D" w:rsidR="00596D83" w:rsidRPr="00E43E73" w:rsidRDefault="00596D83" w:rsidP="00153539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05F5A364" w14:textId="77777777" w:rsidR="00596D83" w:rsidRPr="00E43E73" w:rsidRDefault="00596D83" w:rsidP="00E43E73">
      <w:pPr>
        <w:pStyle w:val="berschrift2"/>
      </w:pPr>
      <w:r w:rsidRPr="00E43E73">
        <w:t>2. Quiz zur IT-Sicherheit (Informatik)</w:t>
      </w:r>
    </w:p>
    <w:p w14:paraId="34797DBC" w14:textId="4A30B54C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 xml:space="preserve">Du bereitest dich auf eine IT-Sicherheitsprüfung </w:t>
      </w:r>
      <w:r w:rsidRPr="00E43E73">
        <w:rPr>
          <w:rFonts w:asciiTheme="majorHAnsi" w:hAnsiTheme="majorHAnsi" w:cstheme="majorHAnsi"/>
          <w:sz w:val="24"/>
          <w:szCs w:val="24"/>
        </w:rPr>
        <w:t>zum</w:t>
      </w:r>
      <w:r w:rsidR="00FB2CA6" w:rsidRPr="00E43E73">
        <w:rPr>
          <w:rFonts w:asciiTheme="majorHAnsi" w:hAnsiTheme="majorHAnsi" w:cstheme="majorHAnsi"/>
          <w:sz w:val="24"/>
          <w:szCs w:val="24"/>
        </w:rPr>
        <w:t xml:space="preserve"> Thema Phising </w:t>
      </w:r>
      <w:r w:rsidR="00596D83" w:rsidRPr="00E43E73">
        <w:rPr>
          <w:rFonts w:asciiTheme="majorHAnsi" w:hAnsiTheme="majorHAnsi" w:cstheme="majorHAnsi"/>
          <w:sz w:val="24"/>
          <w:szCs w:val="24"/>
        </w:rPr>
        <w:t>vor und benötigst genau 5 Multiple-Choice-Fragen in einfacher Sprache als nummerierte Liste.</w:t>
      </w:r>
    </w:p>
    <w:p w14:paraId="04C42264" w14:textId="77777777" w:rsidR="00153539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33D955F6" w14:textId="0DD8FBA7" w:rsidR="00596D83" w:rsidRPr="00E43E73" w:rsidRDefault="00596D83" w:rsidP="00153539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21EF7B28" w14:textId="77777777" w:rsidR="00596D83" w:rsidRPr="00E43E73" w:rsidRDefault="00596D83" w:rsidP="00E43E73">
      <w:pPr>
        <w:pStyle w:val="berschrift2"/>
      </w:pPr>
      <w:r w:rsidRPr="00E43E73">
        <w:t>3. Grafik Wasserkreislauf (Bildgenerierung)</w:t>
      </w:r>
    </w:p>
    <w:p w14:paraId="71D7BBD7" w14:textId="4C271B78" w:rsidR="00596D83" w:rsidRPr="00E43E73" w:rsidRDefault="00157DEF" w:rsidP="00E43E73">
      <w:pPr>
        <w:keepNext/>
        <w:keepLines/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Erstelle mit der KI eine einfache Grafik, die den Wasserkreislauf mit Beschriftungen erklärt.</w:t>
      </w:r>
    </w:p>
    <w:p w14:paraId="1C2200B7" w14:textId="77777777" w:rsidR="00153539" w:rsidRPr="00E43E73" w:rsidRDefault="00596D83" w:rsidP="00E43E73">
      <w:pPr>
        <w:keepNext/>
        <w:keepLines/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7C4E1EEA" w14:textId="3E85ABE0" w:rsidR="00596D83" w:rsidRPr="00E43E73" w:rsidRDefault="00596D83" w:rsidP="00E43E73">
      <w:pPr>
        <w:keepNext/>
        <w:keepLines/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696CEB31" w14:textId="77777777" w:rsidR="00596D83" w:rsidRPr="00E43E73" w:rsidRDefault="00596D83" w:rsidP="00E43E73">
      <w:pPr>
        <w:pStyle w:val="berschrift2"/>
      </w:pPr>
      <w:r w:rsidRPr="00E43E73">
        <w:t>4. Elektromobilität im Physikunterricht (Physik)</w:t>
      </w:r>
    </w:p>
    <w:p w14:paraId="7A763F30" w14:textId="558C9F46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Du benötigst für die 6. Schulstufe im Physikunterricht einen Vergleich zwischen Elektroauto und Benziner bezüglich Energieverbrauch und Leistung als Tabelle.</w:t>
      </w:r>
    </w:p>
    <w:p w14:paraId="7BD5AD8C" w14:textId="77777777" w:rsidR="00D0533B" w:rsidRDefault="00596D83" w:rsidP="00F41E2A">
      <w:pPr>
        <w:keepNext/>
        <w:keepLines/>
        <w:ind w:left="357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lastRenderedPageBreak/>
        <w:t>Dein Prompt:</w:t>
      </w:r>
      <w:r w:rsidRPr="00E43E73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56317F0" w14:textId="0E0BF57E" w:rsidR="00596D83" w:rsidRPr="00E43E73" w:rsidRDefault="00596D83" w:rsidP="00D0533B">
      <w:pPr>
        <w:keepNext/>
        <w:keepLines/>
        <w:spacing w:before="360"/>
        <w:ind w:left="357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</w:t>
      </w:r>
    </w:p>
    <w:p w14:paraId="6555E8B3" w14:textId="4CE270F4" w:rsidR="00596D83" w:rsidRPr="00E43E73" w:rsidRDefault="00596D83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Lösun</w:t>
      </w:r>
      <w:r w:rsidR="001C2E2E">
        <w:rPr>
          <w:rFonts w:asciiTheme="majorHAnsi" w:hAnsiTheme="majorHAnsi" w:cstheme="majorHAnsi"/>
          <w:b/>
          <w:bCs/>
          <w:sz w:val="24"/>
          <w:szCs w:val="24"/>
        </w:rPr>
        <w:t>g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1C2E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sz w:val="24"/>
          <w:szCs w:val="24"/>
        </w:rPr>
        <w:t>Vergleich Elektroauto vs. Benziner, Thema Energieverbrauch und Leistung, Physik 6. Schulstufe, Format Tabelle</w:t>
      </w:r>
    </w:p>
    <w:p w14:paraId="2BCCF59E" w14:textId="77777777" w:rsidR="00596D83" w:rsidRPr="00E43E73" w:rsidRDefault="00596D83" w:rsidP="00E43E73">
      <w:pPr>
        <w:pStyle w:val="berschrift2"/>
      </w:pPr>
      <w:r w:rsidRPr="00E43E73">
        <w:rPr>
          <w:b/>
        </w:rPr>
        <w:t xml:space="preserve">5. </w:t>
      </w:r>
      <w:r w:rsidRPr="00E43E73">
        <w:t>Bildgenerierung</w:t>
      </w:r>
      <w:r w:rsidRPr="00E43E73">
        <w:rPr>
          <w:b/>
        </w:rPr>
        <w:t xml:space="preserve">: </w:t>
      </w:r>
      <w:r w:rsidRPr="00E43E73">
        <w:t>Mittelalterliche Burg (Geschichte / Kunst)</w:t>
      </w:r>
    </w:p>
    <w:p w14:paraId="60EAD815" w14:textId="0924C546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Du benötigst ein Bild einer mittelalterlichen Ritterburg für ein Geschichte-Referat. Es soll realistisch aussehen und im Hintergrund Berge zeigen.</w:t>
      </w:r>
    </w:p>
    <w:p w14:paraId="4430D8FE" w14:textId="77777777" w:rsidR="00153539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2C70960A" w14:textId="36EE5215" w:rsidR="00596D83" w:rsidRPr="00E43E73" w:rsidRDefault="00596D83" w:rsidP="00153539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6B3D23BF" w14:textId="77777777" w:rsidR="00596D83" w:rsidRPr="00E43E73" w:rsidRDefault="00596D83" w:rsidP="00E43E73">
      <w:pPr>
        <w:pStyle w:val="berschrift2"/>
      </w:pPr>
      <w:r w:rsidRPr="00E43E73">
        <w:t>6. E-Mail-Entwurf an den Klassenvorstand (Deutsch / Alltag)</w:t>
      </w:r>
    </w:p>
    <w:p w14:paraId="160A9AC4" w14:textId="00A68443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Du musst eine höfliche E-Mail an deinen Lehrer schreiben, weil du wegen einer Erkrankung zwei Tage im Unterricht fehlst und nach den Hausübungen fragst.</w:t>
      </w:r>
    </w:p>
    <w:p w14:paraId="728EBC57" w14:textId="77777777" w:rsidR="00153539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2FE00BF3" w14:textId="6DA56672" w:rsidR="00596D83" w:rsidRPr="00E43E73" w:rsidRDefault="00596D83" w:rsidP="00153539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0C89A6AC" w14:textId="77777777" w:rsidR="00596D83" w:rsidRPr="00E43E73" w:rsidRDefault="00596D83" w:rsidP="00E43E73">
      <w:pPr>
        <w:pStyle w:val="berschrift2"/>
        <w:rPr>
          <w:b/>
        </w:rPr>
      </w:pPr>
      <w:r w:rsidRPr="00B0406B">
        <w:rPr>
          <w:bCs w:val="0"/>
        </w:rPr>
        <w:t>7</w:t>
      </w:r>
      <w:r w:rsidRPr="00E43E73">
        <w:rPr>
          <w:b/>
        </w:rPr>
        <w:t xml:space="preserve">. </w:t>
      </w:r>
      <w:r w:rsidRPr="00E43E73">
        <w:t>Zusammenfassung</w:t>
      </w:r>
      <w:r w:rsidRPr="00E43E73">
        <w:rPr>
          <w:b/>
        </w:rPr>
        <w:t xml:space="preserve"> </w:t>
      </w:r>
      <w:r w:rsidRPr="00E43E73">
        <w:t>Klimawandel (Geografie)</w:t>
      </w:r>
    </w:p>
    <w:p w14:paraId="7E364BE2" w14:textId="35F4FBF9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Erstelle eine kurze Zusammenfassung zum Thema Klimawandel mit den 3 wichtigsten Ursachen und 3 Folgen für die Mittelschule/Unterstufe.</w:t>
      </w:r>
    </w:p>
    <w:p w14:paraId="39ABFEBC" w14:textId="77777777" w:rsidR="00153539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040A161D" w14:textId="583AF73B" w:rsidR="00596D83" w:rsidRPr="00E43E73" w:rsidRDefault="00596D83" w:rsidP="00153539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5237148C" w14:textId="77777777" w:rsidR="00596D83" w:rsidRPr="00E43E73" w:rsidRDefault="00596D83" w:rsidP="00E43E73">
      <w:pPr>
        <w:pStyle w:val="berschrift2"/>
      </w:pPr>
      <w:r w:rsidRPr="00E43E73">
        <w:t>8. Vokabel-Tabelle Englisch (Sprachen)</w:t>
      </w:r>
    </w:p>
    <w:p w14:paraId="218A3592" w14:textId="489FC25B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Erstelle eine Vokabelliste mit 10 Wörtern zum Thema „Umweltschutz“ auf Englisch mit deutscher Übersetzung als zweispaltige Tabelle.</w:t>
      </w:r>
    </w:p>
    <w:p w14:paraId="5D2D30B2" w14:textId="77777777" w:rsidR="00157DEF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4E35F13D" w14:textId="3CFFBEA2" w:rsidR="00596D83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44494D92" w14:textId="21A59098" w:rsidR="009B77ED" w:rsidRPr="009B77ED" w:rsidRDefault="009B77ED" w:rsidP="009B77ED">
      <w:pPr>
        <w:spacing w:before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Arbeitsauftrag</w:t>
      </w:r>
      <w:r w:rsidR="00F41E2A">
        <w:rPr>
          <w:rFonts w:asciiTheme="majorHAnsi" w:hAnsiTheme="majorHAnsi" w:cstheme="majorHAnsi"/>
          <w:b/>
          <w:bCs/>
          <w:sz w:val="24"/>
          <w:szCs w:val="24"/>
        </w:rPr>
        <w:t xml:space="preserve"> 2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Teste alle</w:t>
      </w:r>
      <w:r w:rsidRPr="00E43E73">
        <w:rPr>
          <w:rFonts w:asciiTheme="majorHAnsi" w:hAnsiTheme="majorHAnsi" w:cstheme="majorHAnsi"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>kompakten Stichwort-Prompt</w:t>
      </w:r>
      <w:r>
        <w:rPr>
          <w:rFonts w:asciiTheme="majorHAnsi" w:hAnsiTheme="majorHAnsi" w:cstheme="majorHAnsi"/>
          <w:b/>
          <w:bCs/>
          <w:sz w:val="24"/>
          <w:szCs w:val="24"/>
        </w:rPr>
        <w:t>s</w:t>
      </w:r>
      <w:r w:rsidRPr="00E43E73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mit </w:t>
      </w:r>
      <w:r w:rsidR="00C45BD0">
        <w:rPr>
          <w:rFonts w:asciiTheme="majorHAnsi" w:hAnsiTheme="majorHAnsi" w:cstheme="majorHAnsi"/>
          <w:sz w:val="24"/>
          <w:szCs w:val="24"/>
        </w:rPr>
        <w:t>einer KI wie Microsoft Copilot</w:t>
      </w:r>
      <w:r w:rsidRPr="00E43E73">
        <w:rPr>
          <w:rFonts w:asciiTheme="majorHAnsi" w:hAnsiTheme="majorHAnsi" w:cstheme="majorHAnsi"/>
          <w:sz w:val="24"/>
          <w:szCs w:val="24"/>
        </w:rPr>
        <w:t>.</w:t>
      </w:r>
    </w:p>
    <w:sectPr w:rsidR="009B77ED" w:rsidRPr="009B77ED" w:rsidSect="00F41E2A">
      <w:headerReference w:type="default" r:id="rId7"/>
      <w:footerReference w:type="default" r:id="rId8"/>
      <w:pgSz w:w="12240" w:h="15840"/>
      <w:pgMar w:top="1134" w:right="964" w:bottom="1418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4374" w14:textId="77777777" w:rsidR="005261E6" w:rsidRPr="00C25E51" w:rsidRDefault="005261E6" w:rsidP="007B333E">
      <w:pPr>
        <w:spacing w:after="0" w:line="240" w:lineRule="auto"/>
      </w:pPr>
      <w:r w:rsidRPr="00C25E51">
        <w:separator/>
      </w:r>
    </w:p>
  </w:endnote>
  <w:endnote w:type="continuationSeparator" w:id="0">
    <w:p w14:paraId="0694F464" w14:textId="77777777" w:rsidR="005261E6" w:rsidRPr="00C25E51" w:rsidRDefault="005261E6" w:rsidP="007B333E">
      <w:pPr>
        <w:spacing w:after="0" w:line="240" w:lineRule="auto"/>
      </w:pPr>
      <w:r w:rsidRPr="00C25E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6D17" w14:textId="5731006D" w:rsidR="00CB2224" w:rsidRPr="00C25E51" w:rsidRDefault="00CB2224" w:rsidP="00F41E2A">
    <w:pPr>
      <w:pStyle w:val="Fuzeile"/>
      <w:pBdr>
        <w:top w:val="single" w:sz="4" w:space="1" w:color="auto"/>
      </w:pBdr>
    </w:pPr>
    <w:r w:rsidRPr="00C25E51"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E0BD4" w14:textId="77777777" w:rsidR="005261E6" w:rsidRPr="00C25E51" w:rsidRDefault="005261E6" w:rsidP="007B333E">
      <w:pPr>
        <w:spacing w:after="0" w:line="240" w:lineRule="auto"/>
      </w:pPr>
      <w:r w:rsidRPr="00C25E51">
        <w:separator/>
      </w:r>
    </w:p>
  </w:footnote>
  <w:footnote w:type="continuationSeparator" w:id="0">
    <w:p w14:paraId="5B894153" w14:textId="77777777" w:rsidR="005261E6" w:rsidRPr="00C25E51" w:rsidRDefault="005261E6" w:rsidP="007B333E">
      <w:pPr>
        <w:spacing w:after="0" w:line="240" w:lineRule="auto"/>
      </w:pPr>
      <w:r w:rsidRPr="00C25E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60DAC" w14:textId="2C1AD9BD" w:rsidR="00CB2224" w:rsidRPr="00206B88" w:rsidRDefault="00CB2224" w:rsidP="00206B88">
    <w:pPr>
      <w:pStyle w:val="Kopfzeile"/>
      <w:pBdr>
        <w:bottom w:val="single" w:sz="4" w:space="1" w:color="365F91" w:themeColor="accent1" w:themeShade="BF"/>
      </w:pBdr>
      <w:rPr>
        <w:color w:val="17365D" w:themeColor="text2" w:themeShade="BF"/>
      </w:rPr>
    </w:pPr>
    <w:r w:rsidRPr="00206B88">
      <w:rPr>
        <w:color w:val="17365D" w:themeColor="text2" w:themeShade="BF"/>
      </w:rPr>
      <w:t>KI</w:t>
    </w:r>
    <w:r w:rsidR="00C44A2F" w:rsidRPr="00206B88">
      <w:rPr>
        <w:color w:val="17365D" w:themeColor="text2" w:themeShade="BF"/>
      </w:rPr>
      <w:t>:</w:t>
    </w:r>
    <w:r w:rsidRPr="00206B88">
      <w:rPr>
        <w:color w:val="17365D" w:themeColor="text2" w:themeShade="BF"/>
      </w:rPr>
      <w:t xml:space="preserve"> </w:t>
    </w:r>
    <w:r w:rsidR="005A7349" w:rsidRPr="005A7349">
      <w:rPr>
        <w:color w:val="17365D" w:themeColor="text2" w:themeShade="BF"/>
      </w:rPr>
      <w:t>Prompts in Stichworten formulieren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F03FD9"/>
    <w:multiLevelType w:val="hybridMultilevel"/>
    <w:tmpl w:val="CF9C087E"/>
    <w:lvl w:ilvl="0" w:tplc="C7DA89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4417F5"/>
    <w:multiLevelType w:val="multilevel"/>
    <w:tmpl w:val="AAFCFDF2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A31BF1"/>
    <w:multiLevelType w:val="multilevel"/>
    <w:tmpl w:val="44364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4E0EF6"/>
    <w:multiLevelType w:val="multilevel"/>
    <w:tmpl w:val="5FA8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2A75E8"/>
    <w:multiLevelType w:val="multilevel"/>
    <w:tmpl w:val="31E4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E46235"/>
    <w:multiLevelType w:val="hybridMultilevel"/>
    <w:tmpl w:val="9FFC32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E507B"/>
    <w:multiLevelType w:val="multilevel"/>
    <w:tmpl w:val="81D2C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817491"/>
    <w:multiLevelType w:val="multilevel"/>
    <w:tmpl w:val="4272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FE7AEA"/>
    <w:multiLevelType w:val="multilevel"/>
    <w:tmpl w:val="61FC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68369D"/>
    <w:multiLevelType w:val="hybridMultilevel"/>
    <w:tmpl w:val="D5B891D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581698"/>
    <w:multiLevelType w:val="multilevel"/>
    <w:tmpl w:val="D0D6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8840B1"/>
    <w:multiLevelType w:val="hybridMultilevel"/>
    <w:tmpl w:val="D7C2CF94"/>
    <w:lvl w:ilvl="0" w:tplc="F776F3A8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12192C"/>
    <w:multiLevelType w:val="hybridMultilevel"/>
    <w:tmpl w:val="CFDE1A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F6629"/>
    <w:multiLevelType w:val="hybridMultilevel"/>
    <w:tmpl w:val="9FFC3242"/>
    <w:lvl w:ilvl="0" w:tplc="55785C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C742F0"/>
    <w:multiLevelType w:val="hybridMultilevel"/>
    <w:tmpl w:val="CF00EDFC"/>
    <w:lvl w:ilvl="0" w:tplc="55785C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317777">
    <w:abstractNumId w:val="8"/>
  </w:num>
  <w:num w:numId="2" w16cid:durableId="121965616">
    <w:abstractNumId w:val="6"/>
  </w:num>
  <w:num w:numId="3" w16cid:durableId="829104132">
    <w:abstractNumId w:val="5"/>
  </w:num>
  <w:num w:numId="4" w16cid:durableId="1724718195">
    <w:abstractNumId w:val="4"/>
  </w:num>
  <w:num w:numId="5" w16cid:durableId="1723165974">
    <w:abstractNumId w:val="7"/>
  </w:num>
  <w:num w:numId="6" w16cid:durableId="1044136658">
    <w:abstractNumId w:val="3"/>
  </w:num>
  <w:num w:numId="7" w16cid:durableId="325285827">
    <w:abstractNumId w:val="2"/>
  </w:num>
  <w:num w:numId="8" w16cid:durableId="1245073720">
    <w:abstractNumId w:val="1"/>
  </w:num>
  <w:num w:numId="9" w16cid:durableId="163250836">
    <w:abstractNumId w:val="0"/>
  </w:num>
  <w:num w:numId="10" w16cid:durableId="686717355">
    <w:abstractNumId w:val="21"/>
  </w:num>
  <w:num w:numId="11" w16cid:durableId="1551846372">
    <w:abstractNumId w:val="20"/>
  </w:num>
  <w:num w:numId="12" w16cid:durableId="371811005">
    <w:abstractNumId w:val="20"/>
    <w:lvlOverride w:ilvl="0">
      <w:startOverride w:val="1"/>
    </w:lvlOverride>
  </w:num>
  <w:num w:numId="13" w16cid:durableId="400950300">
    <w:abstractNumId w:val="9"/>
  </w:num>
  <w:num w:numId="14" w16cid:durableId="796527754">
    <w:abstractNumId w:val="22"/>
  </w:num>
  <w:num w:numId="15" w16cid:durableId="1641156050">
    <w:abstractNumId w:val="14"/>
  </w:num>
  <w:num w:numId="16" w16cid:durableId="1966693604">
    <w:abstractNumId w:val="23"/>
  </w:num>
  <w:num w:numId="17" w16cid:durableId="757092466">
    <w:abstractNumId w:val="18"/>
  </w:num>
  <w:num w:numId="18" w16cid:durableId="1098908655">
    <w:abstractNumId w:val="13"/>
  </w:num>
  <w:num w:numId="19" w16cid:durableId="1659576274">
    <w:abstractNumId w:val="11"/>
  </w:num>
  <w:num w:numId="20" w16cid:durableId="898636541">
    <w:abstractNumId w:val="17"/>
  </w:num>
  <w:num w:numId="21" w16cid:durableId="1104959151">
    <w:abstractNumId w:val="12"/>
  </w:num>
  <w:num w:numId="22" w16cid:durableId="235943414">
    <w:abstractNumId w:val="15"/>
  </w:num>
  <w:num w:numId="23" w16cid:durableId="741827242">
    <w:abstractNumId w:val="16"/>
  </w:num>
  <w:num w:numId="24" w16cid:durableId="720830490">
    <w:abstractNumId w:val="19"/>
  </w:num>
  <w:num w:numId="25" w16cid:durableId="18818205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BB1"/>
    <w:rsid w:val="00034616"/>
    <w:rsid w:val="00046495"/>
    <w:rsid w:val="00050FC7"/>
    <w:rsid w:val="0006063C"/>
    <w:rsid w:val="0008193C"/>
    <w:rsid w:val="00085AD9"/>
    <w:rsid w:val="00085C6C"/>
    <w:rsid w:val="000C65CC"/>
    <w:rsid w:val="000E55CE"/>
    <w:rsid w:val="000F57E1"/>
    <w:rsid w:val="001031D0"/>
    <w:rsid w:val="0015074B"/>
    <w:rsid w:val="00153539"/>
    <w:rsid w:val="00157DEF"/>
    <w:rsid w:val="00190DC1"/>
    <w:rsid w:val="001A67BC"/>
    <w:rsid w:val="001A6BFE"/>
    <w:rsid w:val="001C2E2E"/>
    <w:rsid w:val="001D19D8"/>
    <w:rsid w:val="001E494F"/>
    <w:rsid w:val="001F1C60"/>
    <w:rsid w:val="001F6333"/>
    <w:rsid w:val="001F64A7"/>
    <w:rsid w:val="00206B88"/>
    <w:rsid w:val="00232C35"/>
    <w:rsid w:val="002352DC"/>
    <w:rsid w:val="00263795"/>
    <w:rsid w:val="00270F55"/>
    <w:rsid w:val="002712E3"/>
    <w:rsid w:val="0029639D"/>
    <w:rsid w:val="002B226F"/>
    <w:rsid w:val="002B7B50"/>
    <w:rsid w:val="002C13A9"/>
    <w:rsid w:val="002E3197"/>
    <w:rsid w:val="003212EA"/>
    <w:rsid w:val="00326F90"/>
    <w:rsid w:val="00375EFB"/>
    <w:rsid w:val="003855CA"/>
    <w:rsid w:val="003F2EF7"/>
    <w:rsid w:val="00452831"/>
    <w:rsid w:val="00483212"/>
    <w:rsid w:val="00487E17"/>
    <w:rsid w:val="004F1BA0"/>
    <w:rsid w:val="00502135"/>
    <w:rsid w:val="00507904"/>
    <w:rsid w:val="005261E6"/>
    <w:rsid w:val="005310EB"/>
    <w:rsid w:val="005402F2"/>
    <w:rsid w:val="005415D6"/>
    <w:rsid w:val="00555CDE"/>
    <w:rsid w:val="00564D9F"/>
    <w:rsid w:val="00596D83"/>
    <w:rsid w:val="005A7349"/>
    <w:rsid w:val="005B7F49"/>
    <w:rsid w:val="005D32C7"/>
    <w:rsid w:val="0063670D"/>
    <w:rsid w:val="00661337"/>
    <w:rsid w:val="006D551F"/>
    <w:rsid w:val="00701DD5"/>
    <w:rsid w:val="007122DF"/>
    <w:rsid w:val="0078174F"/>
    <w:rsid w:val="00797FA9"/>
    <w:rsid w:val="007B333E"/>
    <w:rsid w:val="007E33F5"/>
    <w:rsid w:val="008040B9"/>
    <w:rsid w:val="00833028"/>
    <w:rsid w:val="008428D9"/>
    <w:rsid w:val="00861691"/>
    <w:rsid w:val="00865EBE"/>
    <w:rsid w:val="008804E2"/>
    <w:rsid w:val="008819D5"/>
    <w:rsid w:val="00883E84"/>
    <w:rsid w:val="008E33B0"/>
    <w:rsid w:val="008F3267"/>
    <w:rsid w:val="00901FBD"/>
    <w:rsid w:val="00940053"/>
    <w:rsid w:val="00962DBA"/>
    <w:rsid w:val="00971CE0"/>
    <w:rsid w:val="009828CA"/>
    <w:rsid w:val="00990DC2"/>
    <w:rsid w:val="0099325A"/>
    <w:rsid w:val="009A081C"/>
    <w:rsid w:val="009B77ED"/>
    <w:rsid w:val="009C1F0E"/>
    <w:rsid w:val="009D4244"/>
    <w:rsid w:val="009E4BC6"/>
    <w:rsid w:val="00A10741"/>
    <w:rsid w:val="00A34F22"/>
    <w:rsid w:val="00A70940"/>
    <w:rsid w:val="00AA1D8D"/>
    <w:rsid w:val="00AA508F"/>
    <w:rsid w:val="00AD5D63"/>
    <w:rsid w:val="00AD6BDC"/>
    <w:rsid w:val="00AE3379"/>
    <w:rsid w:val="00B0406B"/>
    <w:rsid w:val="00B20213"/>
    <w:rsid w:val="00B47730"/>
    <w:rsid w:val="00BA2A0B"/>
    <w:rsid w:val="00BA777C"/>
    <w:rsid w:val="00BC5BBC"/>
    <w:rsid w:val="00BC7BA9"/>
    <w:rsid w:val="00BD4DE5"/>
    <w:rsid w:val="00BD7254"/>
    <w:rsid w:val="00BF6D7F"/>
    <w:rsid w:val="00C1509C"/>
    <w:rsid w:val="00C25E51"/>
    <w:rsid w:val="00C32BA9"/>
    <w:rsid w:val="00C3463A"/>
    <w:rsid w:val="00C44A2F"/>
    <w:rsid w:val="00C45BD0"/>
    <w:rsid w:val="00C51F20"/>
    <w:rsid w:val="00C727C8"/>
    <w:rsid w:val="00C851F8"/>
    <w:rsid w:val="00CB0664"/>
    <w:rsid w:val="00CB2224"/>
    <w:rsid w:val="00CB470C"/>
    <w:rsid w:val="00CC5343"/>
    <w:rsid w:val="00CE00AC"/>
    <w:rsid w:val="00D0533B"/>
    <w:rsid w:val="00D15797"/>
    <w:rsid w:val="00D244FC"/>
    <w:rsid w:val="00D328D7"/>
    <w:rsid w:val="00D42808"/>
    <w:rsid w:val="00D46BF2"/>
    <w:rsid w:val="00D60B6E"/>
    <w:rsid w:val="00D7280D"/>
    <w:rsid w:val="00DB3D23"/>
    <w:rsid w:val="00DC64E1"/>
    <w:rsid w:val="00E25924"/>
    <w:rsid w:val="00E3690C"/>
    <w:rsid w:val="00E37E49"/>
    <w:rsid w:val="00E37E5F"/>
    <w:rsid w:val="00E43E73"/>
    <w:rsid w:val="00E55DEC"/>
    <w:rsid w:val="00E712FA"/>
    <w:rsid w:val="00E96230"/>
    <w:rsid w:val="00EA4EF1"/>
    <w:rsid w:val="00EB6BD7"/>
    <w:rsid w:val="00F14594"/>
    <w:rsid w:val="00F41E2A"/>
    <w:rsid w:val="00F42EF8"/>
    <w:rsid w:val="00F4341A"/>
    <w:rsid w:val="00FB2CA6"/>
    <w:rsid w:val="00FC1C79"/>
    <w:rsid w:val="00FC693F"/>
    <w:rsid w:val="00FF1000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249DC3"/>
  <w14:defaultImageDpi w14:val="300"/>
  <w15:docId w15:val="{F2E649E3-852E-4E16-A19B-A6DEF0D3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eastAsia="Arial" w:hAnsi="Arial"/>
      <w:sz w:val="20"/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25924"/>
    <w:pPr>
      <w:keepNext/>
      <w:keepLines/>
      <w:numPr>
        <w:numId w:val="11"/>
      </w:numPr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43E73"/>
    <w:pPr>
      <w:keepNext/>
      <w:keepLines/>
      <w:spacing w:before="200" w:after="0"/>
      <w:outlineLvl w:val="1"/>
    </w:pPr>
    <w:rPr>
      <w:rFonts w:asciiTheme="majorHAnsi" w:eastAsiaTheme="majorEastAsia" w:hAnsiTheme="majorHAnsi" w:cstheme="majorHAnsi"/>
      <w:bCs/>
      <w:color w:val="4F81BD" w:themeColor="accent1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259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43E73"/>
    <w:rPr>
      <w:rFonts w:asciiTheme="majorHAnsi" w:eastAsiaTheme="majorEastAsia" w:hAnsiTheme="majorHAnsi" w:cstheme="majorHAnsi"/>
      <w:bCs/>
      <w:color w:val="4F81BD" w:themeColor="accent1"/>
      <w:sz w:val="28"/>
      <w:szCs w:val="28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8</cp:revision>
  <dcterms:created xsi:type="dcterms:W3CDTF">2026-10-24T17:20:00Z</dcterms:created>
  <dcterms:modified xsi:type="dcterms:W3CDTF">2026-10-24T17:27:00Z</dcterms:modified>
  <cp:category/>
</cp:coreProperties>
</file>